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A363B" w14:textId="3FB77182" w:rsidR="00BB63BC" w:rsidRPr="00463DE2" w:rsidRDefault="002D2D3A">
      <w:pPr>
        <w:keepNext/>
        <w:spacing w:after="160" w:line="240" w:lineRule="auto"/>
        <w:jc w:val="center"/>
        <w:rPr>
          <w:color w:val="auto"/>
          <w:sz w:val="32"/>
          <w:szCs w:val="32"/>
          <w:lang w:eastAsia="zh-TW"/>
        </w:rPr>
      </w:pPr>
      <w:r w:rsidRPr="00463DE2">
        <w:rPr>
          <w:rFonts w:hint="eastAsia"/>
          <w:b/>
          <w:color w:val="auto"/>
          <w:sz w:val="32"/>
          <w:szCs w:val="32"/>
          <w:lang w:eastAsia="zh-TW"/>
        </w:rPr>
        <w:t>國中小學</w:t>
      </w:r>
      <w:r w:rsidR="001674A0" w:rsidRPr="00463DE2">
        <w:rPr>
          <w:b/>
          <w:color w:val="auto"/>
          <w:sz w:val="32"/>
          <w:szCs w:val="32"/>
          <w:lang w:eastAsia="zh-TW"/>
        </w:rPr>
        <w:t>現職教師工作狀況問卷調查表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57"/>
        <w:gridCol w:w="6180"/>
        <w:gridCol w:w="1871"/>
      </w:tblGrid>
      <w:tr w:rsidR="00BB63BC" w:rsidRPr="00463DE2" w14:paraId="7DAA993C" w14:textId="77777777" w:rsidTr="00AE7519">
        <w:trPr>
          <w:cantSplit/>
          <w:trHeight w:val="502"/>
          <w:jc w:val="center"/>
        </w:trPr>
        <w:tc>
          <w:tcPr>
            <w:tcW w:w="1757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D9EAF7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16AF617C" w14:textId="77777777" w:rsidR="00BB63BC" w:rsidRPr="00463DE2" w:rsidRDefault="008C7F73">
            <w:pPr>
              <w:spacing w:after="0" w:line="240" w:lineRule="auto"/>
              <w:jc w:val="center"/>
              <w:rPr>
                <w:color w:val="auto"/>
              </w:rPr>
            </w:pPr>
            <w:proofErr w:type="spellStart"/>
            <w:r w:rsidRPr="00463DE2">
              <w:rPr>
                <w:b/>
                <w:color w:val="auto"/>
                <w:szCs w:val="24"/>
              </w:rPr>
              <w:t>調查機關</w:t>
            </w:r>
            <w:proofErr w:type="spellEnd"/>
          </w:p>
        </w:tc>
        <w:tc>
          <w:tcPr>
            <w:tcW w:w="6180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613B82AC" w14:textId="77777777" w:rsidR="00BB63BC" w:rsidRPr="00463DE2" w:rsidRDefault="008C7F73">
            <w:pPr>
              <w:spacing w:after="0" w:line="240" w:lineRule="auto"/>
              <w:rPr>
                <w:color w:val="auto"/>
              </w:rPr>
            </w:pPr>
            <w:proofErr w:type="spellStart"/>
            <w:r w:rsidRPr="00463DE2">
              <w:rPr>
                <w:color w:val="auto"/>
                <w:szCs w:val="24"/>
              </w:rPr>
              <w:t>審計部</w:t>
            </w:r>
            <w:proofErr w:type="spellEnd"/>
          </w:p>
        </w:tc>
        <w:tc>
          <w:tcPr>
            <w:tcW w:w="1871" w:type="dxa"/>
            <w:vMerge w:val="restart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4310FC44" w14:textId="618C852E" w:rsidR="00BB63BC" w:rsidRPr="00463DE2" w:rsidRDefault="007D4713">
            <w:pPr>
              <w:spacing w:after="0" w:line="240" w:lineRule="auto"/>
              <w:jc w:val="center"/>
              <w:rPr>
                <w:color w:val="auto"/>
              </w:rPr>
            </w:pPr>
            <w:r>
              <w:rPr>
                <w:noProof/>
                <w:color w:val="auto"/>
              </w:rPr>
              <w:drawing>
                <wp:inline distT="0" distB="0" distL="0" distR="0" wp14:anchorId="66DE328A" wp14:editId="4617000C">
                  <wp:extent cx="1086485" cy="1086485"/>
                  <wp:effectExtent l="0" t="0" r="0" b="0"/>
                  <wp:docPr id="1754945777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4945777" name="圖片 1754945777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6485" cy="1086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63BC" w:rsidRPr="00463DE2" w14:paraId="4D513077" w14:textId="77777777" w:rsidTr="00AE7519">
        <w:trPr>
          <w:cantSplit/>
          <w:trHeight w:val="502"/>
          <w:jc w:val="center"/>
        </w:trPr>
        <w:tc>
          <w:tcPr>
            <w:tcW w:w="1757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D9EAF7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14C59F84" w14:textId="77777777" w:rsidR="00BB63BC" w:rsidRPr="00463DE2" w:rsidRDefault="008C7F73">
            <w:pPr>
              <w:spacing w:after="0" w:line="240" w:lineRule="auto"/>
              <w:jc w:val="center"/>
              <w:rPr>
                <w:color w:val="auto"/>
              </w:rPr>
            </w:pPr>
            <w:proofErr w:type="spellStart"/>
            <w:r w:rsidRPr="00463DE2">
              <w:rPr>
                <w:b/>
                <w:color w:val="auto"/>
                <w:szCs w:val="24"/>
              </w:rPr>
              <w:t>調查方式</w:t>
            </w:r>
            <w:proofErr w:type="spellEnd"/>
          </w:p>
        </w:tc>
        <w:tc>
          <w:tcPr>
            <w:tcW w:w="6180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7C854339" w14:textId="77777777" w:rsidR="00BB63BC" w:rsidRDefault="008C7F73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proofErr w:type="spellStart"/>
            <w:r w:rsidRPr="00463DE2">
              <w:rPr>
                <w:color w:val="auto"/>
                <w:szCs w:val="24"/>
              </w:rPr>
              <w:t>SurveyCake</w:t>
            </w:r>
            <w:proofErr w:type="spellEnd"/>
            <w:r w:rsidRPr="00463DE2">
              <w:rPr>
                <w:color w:val="auto"/>
                <w:szCs w:val="24"/>
              </w:rPr>
              <w:t xml:space="preserve"> </w:t>
            </w:r>
            <w:proofErr w:type="gramStart"/>
            <w:r w:rsidR="00AE7519" w:rsidRPr="00463DE2">
              <w:rPr>
                <w:rFonts w:hint="eastAsia"/>
                <w:color w:val="auto"/>
                <w:szCs w:val="24"/>
                <w:lang w:eastAsia="zh-TW"/>
              </w:rPr>
              <w:t>雲端</w:t>
            </w:r>
            <w:proofErr w:type="spellStart"/>
            <w:r w:rsidRPr="00463DE2">
              <w:rPr>
                <w:color w:val="auto"/>
                <w:szCs w:val="24"/>
              </w:rPr>
              <w:t>線上問卷</w:t>
            </w:r>
            <w:proofErr w:type="spellEnd"/>
            <w:proofErr w:type="gramEnd"/>
          </w:p>
          <w:p w14:paraId="1F70CB5C" w14:textId="227D5EC9" w:rsidR="00835BB4" w:rsidRPr="007D4713" w:rsidRDefault="00000000" w:rsidP="00835BB4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hyperlink r:id="rId9" w:tgtFrame="_blank" w:history="1">
              <w:r w:rsidR="007D4713" w:rsidRPr="007D4713">
                <w:rPr>
                  <w:rStyle w:val="affa"/>
                  <w:szCs w:val="24"/>
                  <w:lang w:eastAsia="zh-TW"/>
                </w:rPr>
                <w:t>https://www.surveycake.com/s/w3gZr</w:t>
              </w:r>
            </w:hyperlink>
          </w:p>
        </w:tc>
        <w:tc>
          <w:tcPr>
            <w:tcW w:w="1871" w:type="dxa"/>
            <w:vMerge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45364065" w14:textId="77777777" w:rsidR="00BB63BC" w:rsidRPr="00463DE2" w:rsidRDefault="00BB63BC">
            <w:pPr>
              <w:rPr>
                <w:color w:val="auto"/>
              </w:rPr>
            </w:pPr>
          </w:p>
        </w:tc>
      </w:tr>
      <w:tr w:rsidR="00BB63BC" w:rsidRPr="00463DE2" w14:paraId="58D9FF65" w14:textId="77777777" w:rsidTr="00AE7519">
        <w:trPr>
          <w:cantSplit/>
          <w:trHeight w:val="503"/>
          <w:jc w:val="center"/>
        </w:trPr>
        <w:tc>
          <w:tcPr>
            <w:tcW w:w="1757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D9EAF7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3EBD33E6" w14:textId="77777777" w:rsidR="00BB63BC" w:rsidRPr="00463DE2" w:rsidRDefault="008C7F73">
            <w:pPr>
              <w:spacing w:after="0" w:line="240" w:lineRule="auto"/>
              <w:jc w:val="center"/>
              <w:rPr>
                <w:color w:val="auto"/>
              </w:rPr>
            </w:pPr>
            <w:proofErr w:type="spellStart"/>
            <w:r w:rsidRPr="00463DE2">
              <w:rPr>
                <w:b/>
                <w:color w:val="auto"/>
                <w:szCs w:val="24"/>
              </w:rPr>
              <w:t>預估時間</w:t>
            </w:r>
            <w:proofErr w:type="spellEnd"/>
          </w:p>
        </w:tc>
        <w:tc>
          <w:tcPr>
            <w:tcW w:w="6180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7B7CE341" w14:textId="77777777" w:rsidR="00BB63BC" w:rsidRPr="00463DE2" w:rsidRDefault="008C7F73">
            <w:pPr>
              <w:spacing w:after="0" w:line="240" w:lineRule="auto"/>
              <w:rPr>
                <w:color w:val="auto"/>
              </w:rPr>
            </w:pPr>
            <w:r w:rsidRPr="00463DE2">
              <w:rPr>
                <w:color w:val="auto"/>
              </w:rPr>
              <w:t>約 5至6分鐘</w:t>
            </w:r>
          </w:p>
        </w:tc>
        <w:tc>
          <w:tcPr>
            <w:tcW w:w="1871" w:type="dxa"/>
            <w:vMerge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0127399D" w14:textId="77777777" w:rsidR="00BB63BC" w:rsidRPr="00463DE2" w:rsidRDefault="00BB63BC">
            <w:pPr>
              <w:rPr>
                <w:color w:val="auto"/>
              </w:rPr>
            </w:pPr>
          </w:p>
        </w:tc>
      </w:tr>
    </w:tbl>
    <w:p w14:paraId="3E27AAD9" w14:textId="77777777" w:rsidR="00BB63BC" w:rsidRPr="00D545E2" w:rsidRDefault="008C7F73" w:rsidP="009B43D8">
      <w:pPr>
        <w:spacing w:before="180" w:line="240" w:lineRule="auto"/>
        <w:ind w:left="1201" w:hangingChars="500" w:hanging="1201"/>
        <w:rPr>
          <w:b/>
          <w:bCs/>
          <w:color w:val="auto"/>
          <w:lang w:eastAsia="zh-TW"/>
        </w:rPr>
      </w:pPr>
      <w:r w:rsidRPr="00D545E2">
        <w:rPr>
          <w:b/>
          <w:bCs/>
          <w:color w:val="auto"/>
          <w:lang w:eastAsia="zh-TW"/>
        </w:rPr>
        <w:t>調查目的：</w:t>
      </w:r>
      <w:r w:rsidRPr="00D545E2">
        <w:rPr>
          <w:color w:val="auto"/>
          <w:lang w:eastAsia="zh-TW"/>
        </w:rPr>
        <w:t>本問卷旨在瞭解國中小學現職教師之工作狀況、工作負荷、工作壓力及留任意願，並分析教師人力不足、超鐘點授課、兼任行政、兼任導師、非上班時間親師溝通，以及學生或家長申訴、檢舉或陳情等工作經驗，對教師留任原校及續任教職意願之影響。調查結果僅供整體統計及查核分析使用。</w:t>
      </w:r>
    </w:p>
    <w:p w14:paraId="12D20E04" w14:textId="77777777" w:rsidR="00BB63BC" w:rsidRPr="00463DE2" w:rsidRDefault="008C7F73">
      <w:pPr>
        <w:keepNext/>
        <w:spacing w:before="100" w:after="40" w:line="240" w:lineRule="auto"/>
        <w:rPr>
          <w:color w:val="auto"/>
          <w:lang w:eastAsia="zh-TW"/>
        </w:rPr>
      </w:pPr>
      <w:r w:rsidRPr="00463DE2">
        <w:rPr>
          <w:b/>
          <w:color w:val="auto"/>
          <w:szCs w:val="24"/>
          <w:lang w:eastAsia="zh-TW"/>
        </w:rPr>
        <w:t>填答原則</w:t>
      </w:r>
    </w:p>
    <w:p w14:paraId="1F70785C" w14:textId="3428D8BD" w:rsidR="00BB63BC" w:rsidRPr="00463DE2" w:rsidRDefault="008C7F73" w:rsidP="009B43D8">
      <w:pPr>
        <w:spacing w:after="20" w:line="240" w:lineRule="auto"/>
        <w:ind w:left="240" w:hangingChars="100" w:hanging="240"/>
        <w:rPr>
          <w:color w:val="auto"/>
          <w:lang w:eastAsia="zh-TW"/>
        </w:rPr>
      </w:pPr>
      <w:r w:rsidRPr="00463DE2">
        <w:rPr>
          <w:color w:val="auto"/>
          <w:szCs w:val="24"/>
          <w:lang w:eastAsia="zh-TW"/>
        </w:rPr>
        <w:t>1.請以目前主要服務學校及11</w:t>
      </w:r>
      <w:r w:rsidR="0046410D">
        <w:rPr>
          <w:rFonts w:hint="eastAsia"/>
          <w:color w:val="auto"/>
          <w:szCs w:val="24"/>
          <w:lang w:eastAsia="zh-TW"/>
        </w:rPr>
        <w:t>5</w:t>
      </w:r>
      <w:r w:rsidRPr="00463DE2">
        <w:rPr>
          <w:color w:val="auto"/>
          <w:szCs w:val="24"/>
          <w:lang w:eastAsia="zh-TW"/>
        </w:rPr>
        <w:t>學年度第</w:t>
      </w:r>
      <w:r w:rsidR="0046410D">
        <w:rPr>
          <w:rFonts w:hint="eastAsia"/>
          <w:color w:val="auto"/>
          <w:szCs w:val="24"/>
          <w:lang w:eastAsia="zh-TW"/>
        </w:rPr>
        <w:t>1</w:t>
      </w:r>
      <w:r w:rsidRPr="00463DE2">
        <w:rPr>
          <w:color w:val="auto"/>
          <w:szCs w:val="24"/>
          <w:lang w:eastAsia="zh-TW"/>
        </w:rPr>
        <w:t>學期的實際情形作答；題目另訂期間者，依題目所列期間填答。</w:t>
      </w:r>
    </w:p>
    <w:p w14:paraId="38C63125" w14:textId="77777777" w:rsidR="00BB63BC" w:rsidRPr="00463DE2" w:rsidRDefault="008C7F73" w:rsidP="009B43D8">
      <w:pPr>
        <w:spacing w:after="20" w:line="240" w:lineRule="auto"/>
        <w:ind w:left="240" w:hangingChars="100" w:hanging="240"/>
        <w:rPr>
          <w:color w:val="auto"/>
          <w:szCs w:val="24"/>
          <w:lang w:eastAsia="zh-TW"/>
        </w:rPr>
      </w:pPr>
      <w:r w:rsidRPr="00463DE2">
        <w:rPr>
          <w:color w:val="auto"/>
          <w:szCs w:val="24"/>
          <w:lang w:eastAsia="zh-TW"/>
        </w:rPr>
        <w:t>2.</w:t>
      </w:r>
      <w:r w:rsidRPr="00463DE2">
        <w:rPr>
          <w:color w:val="auto"/>
          <w:spacing w:val="-10"/>
          <w:szCs w:val="24"/>
          <w:lang w:eastAsia="zh-TW"/>
        </w:rPr>
        <w:t>除特別註明可複選外，其餘</w:t>
      </w:r>
      <w:proofErr w:type="gramStart"/>
      <w:r w:rsidRPr="00463DE2">
        <w:rPr>
          <w:color w:val="auto"/>
          <w:spacing w:val="-10"/>
          <w:szCs w:val="24"/>
          <w:lang w:eastAsia="zh-TW"/>
        </w:rPr>
        <w:t>題目均為單</w:t>
      </w:r>
      <w:proofErr w:type="gramEnd"/>
      <w:r w:rsidRPr="00463DE2">
        <w:rPr>
          <w:color w:val="auto"/>
          <w:spacing w:val="-10"/>
          <w:szCs w:val="24"/>
          <w:lang w:eastAsia="zh-TW"/>
        </w:rPr>
        <w:t>選；</w:t>
      </w:r>
      <w:proofErr w:type="gramStart"/>
      <w:r w:rsidRPr="00463DE2">
        <w:rPr>
          <w:color w:val="auto"/>
          <w:spacing w:val="-10"/>
          <w:szCs w:val="24"/>
          <w:lang w:eastAsia="zh-TW"/>
        </w:rPr>
        <w:t>量表題請</w:t>
      </w:r>
      <w:proofErr w:type="gramEnd"/>
      <w:r w:rsidRPr="00463DE2">
        <w:rPr>
          <w:color w:val="auto"/>
          <w:spacing w:val="-10"/>
          <w:szCs w:val="24"/>
          <w:lang w:eastAsia="zh-TW"/>
        </w:rPr>
        <w:t>在1至5中勾選最符合您情形的一項。</w:t>
      </w:r>
    </w:p>
    <w:p w14:paraId="26583C79" w14:textId="77777777" w:rsidR="00BB63BC" w:rsidRPr="00463DE2" w:rsidRDefault="008C7F73" w:rsidP="009B43D8">
      <w:pPr>
        <w:spacing w:after="20" w:line="240" w:lineRule="auto"/>
        <w:ind w:left="240" w:hangingChars="100" w:hanging="240"/>
        <w:rPr>
          <w:color w:val="auto"/>
          <w:szCs w:val="24"/>
          <w:lang w:eastAsia="zh-TW"/>
        </w:rPr>
      </w:pPr>
      <w:r w:rsidRPr="00463DE2">
        <w:rPr>
          <w:color w:val="auto"/>
          <w:szCs w:val="24"/>
          <w:lang w:eastAsia="zh-TW"/>
        </w:rPr>
        <w:t>3.</w:t>
      </w:r>
      <w:r w:rsidRPr="00F54736">
        <w:rPr>
          <w:b/>
          <w:bCs/>
          <w:color w:val="auto"/>
          <w:szCs w:val="24"/>
          <w:lang w:eastAsia="zh-TW"/>
        </w:rPr>
        <w:t>本問卷</w:t>
      </w:r>
      <w:proofErr w:type="gramStart"/>
      <w:r w:rsidRPr="00F54736">
        <w:rPr>
          <w:b/>
          <w:bCs/>
          <w:color w:val="auto"/>
          <w:szCs w:val="24"/>
          <w:lang w:eastAsia="zh-TW"/>
        </w:rPr>
        <w:t>不</w:t>
      </w:r>
      <w:proofErr w:type="gramEnd"/>
      <w:r w:rsidRPr="00F54736">
        <w:rPr>
          <w:b/>
          <w:bCs/>
          <w:color w:val="auto"/>
          <w:szCs w:val="24"/>
          <w:lang w:eastAsia="zh-TW"/>
        </w:rPr>
        <w:t>蒐集姓名、學校名稱、案件當事人姓名或可直接辨識個人的內容；</w:t>
      </w:r>
      <w:proofErr w:type="gramStart"/>
      <w:r w:rsidRPr="00F54736">
        <w:rPr>
          <w:b/>
          <w:bCs/>
          <w:color w:val="auto"/>
          <w:szCs w:val="24"/>
          <w:lang w:eastAsia="zh-TW"/>
        </w:rPr>
        <w:t>開放欄亦請勿</w:t>
      </w:r>
      <w:proofErr w:type="gramEnd"/>
      <w:r w:rsidRPr="00F54736">
        <w:rPr>
          <w:b/>
          <w:bCs/>
          <w:color w:val="auto"/>
          <w:szCs w:val="24"/>
          <w:lang w:eastAsia="zh-TW"/>
        </w:rPr>
        <w:t>填寫上述資訊。</w:t>
      </w:r>
    </w:p>
    <w:p w14:paraId="2214B43E" w14:textId="41CD6A14" w:rsidR="00BB63BC" w:rsidRPr="00463DE2" w:rsidRDefault="008C7F73" w:rsidP="009B43D8">
      <w:pPr>
        <w:spacing w:after="20" w:line="240" w:lineRule="auto"/>
        <w:ind w:left="240" w:hangingChars="100" w:hanging="240"/>
        <w:rPr>
          <w:color w:val="auto"/>
          <w:szCs w:val="24"/>
          <w:lang w:eastAsia="zh-TW"/>
        </w:rPr>
      </w:pPr>
      <w:r w:rsidRPr="00463DE2">
        <w:rPr>
          <w:color w:val="auto"/>
          <w:lang w:eastAsia="zh-TW"/>
        </w:rPr>
        <w:t>4.一般填答時間約5至6分鐘；如同時兼任行政、兼任導師或具有案件經驗，</w:t>
      </w:r>
      <w:r w:rsidR="00CE0F58" w:rsidRPr="00CE0F58">
        <w:rPr>
          <w:color w:val="auto"/>
          <w:lang w:eastAsia="zh-TW"/>
        </w:rPr>
        <w:t>因須填答條件追問題目</w:t>
      </w:r>
      <w:r w:rsidRPr="00463DE2">
        <w:rPr>
          <w:color w:val="auto"/>
          <w:lang w:eastAsia="zh-TW"/>
        </w:rPr>
        <w:t>，時間可能略增。</w:t>
      </w:r>
    </w:p>
    <w:p w14:paraId="0F53708A" w14:textId="2C9F61AC" w:rsidR="00A97575" w:rsidRPr="00463DE2" w:rsidRDefault="00A97575" w:rsidP="009B43D8">
      <w:pPr>
        <w:spacing w:after="20" w:line="240" w:lineRule="auto"/>
        <w:ind w:left="240" w:hangingChars="100" w:hanging="240"/>
        <w:rPr>
          <w:color w:val="auto"/>
          <w:szCs w:val="24"/>
          <w:lang w:eastAsia="zh-TW"/>
        </w:rPr>
      </w:pPr>
      <w:r w:rsidRPr="00463DE2">
        <w:rPr>
          <w:color w:val="auto"/>
          <w:szCs w:val="24"/>
          <w:lang w:eastAsia="zh-TW"/>
        </w:rPr>
        <w:t xml:space="preserve">5.本問卷開放填寫至 </w:t>
      </w:r>
      <w:r w:rsidR="00A21389">
        <w:rPr>
          <w:rFonts w:hint="eastAsia"/>
          <w:color w:val="auto"/>
          <w:szCs w:val="24"/>
          <w:lang w:eastAsia="zh-TW"/>
        </w:rPr>
        <w:t>115</w:t>
      </w:r>
      <w:r w:rsidRPr="00463DE2">
        <w:rPr>
          <w:color w:val="auto"/>
          <w:szCs w:val="24"/>
          <w:lang w:eastAsia="zh-TW"/>
        </w:rPr>
        <w:t xml:space="preserve"> 年 1</w:t>
      </w:r>
      <w:r w:rsidR="00543841">
        <w:rPr>
          <w:rFonts w:hint="eastAsia"/>
          <w:color w:val="auto"/>
          <w:szCs w:val="24"/>
          <w:lang w:eastAsia="zh-TW"/>
        </w:rPr>
        <w:t>1</w:t>
      </w:r>
      <w:r w:rsidRPr="00463DE2">
        <w:rPr>
          <w:color w:val="auto"/>
          <w:szCs w:val="24"/>
          <w:lang w:eastAsia="zh-TW"/>
        </w:rPr>
        <w:t xml:space="preserve"> 月 </w:t>
      </w:r>
      <w:r w:rsidR="00543841">
        <w:rPr>
          <w:rFonts w:hint="eastAsia"/>
          <w:color w:val="auto"/>
          <w:szCs w:val="24"/>
          <w:lang w:eastAsia="zh-TW"/>
        </w:rPr>
        <w:t>15</w:t>
      </w:r>
      <w:r w:rsidRPr="00463DE2">
        <w:rPr>
          <w:color w:val="auto"/>
          <w:szCs w:val="24"/>
          <w:lang w:eastAsia="zh-TW"/>
        </w:rPr>
        <w:t xml:space="preserve"> 日（</w:t>
      </w:r>
      <w:r w:rsidR="00543841">
        <w:rPr>
          <w:rFonts w:hint="eastAsia"/>
          <w:color w:val="auto"/>
          <w:szCs w:val="24"/>
          <w:lang w:eastAsia="zh-TW"/>
        </w:rPr>
        <w:t>日</w:t>
      </w:r>
      <w:r w:rsidRPr="00463DE2">
        <w:rPr>
          <w:color w:val="auto"/>
          <w:szCs w:val="24"/>
          <w:lang w:eastAsia="zh-TW"/>
        </w:rPr>
        <w:t>）23:59 止，期待您的寶貴意見。</w:t>
      </w:r>
    </w:p>
    <w:p w14:paraId="0F111296" w14:textId="77777777" w:rsidR="00BB63BC" w:rsidRPr="00463DE2" w:rsidRDefault="008C7F73">
      <w:pPr>
        <w:keepNext/>
        <w:spacing w:before="100" w:after="40" w:line="240" w:lineRule="auto"/>
        <w:rPr>
          <w:color w:val="auto"/>
        </w:rPr>
      </w:pPr>
      <w:proofErr w:type="spellStart"/>
      <w:r w:rsidRPr="00463DE2">
        <w:rPr>
          <w:b/>
          <w:color w:val="auto"/>
          <w:szCs w:val="24"/>
        </w:rPr>
        <w:t>重要名詞</w:t>
      </w:r>
      <w:proofErr w:type="spellEnd"/>
    </w:p>
    <w:tbl>
      <w:tblPr>
        <w:tblW w:w="9950" w:type="dxa"/>
        <w:jc w:val="center"/>
        <w:tblLayout w:type="fixed"/>
        <w:tblLook w:val="04A0" w:firstRow="1" w:lastRow="0" w:firstColumn="1" w:lastColumn="0" w:noHBand="0" w:noVBand="1"/>
      </w:tblPr>
      <w:tblGrid>
        <w:gridCol w:w="2269"/>
        <w:gridCol w:w="7681"/>
      </w:tblGrid>
      <w:tr w:rsidR="00BB63BC" w:rsidRPr="00463DE2" w14:paraId="75B88648" w14:textId="77777777" w:rsidTr="00B44DCD">
        <w:trPr>
          <w:cantSplit/>
          <w:jc w:val="center"/>
        </w:trPr>
        <w:tc>
          <w:tcPr>
            <w:tcW w:w="2269" w:type="dxa"/>
            <w:shd w:val="clear" w:color="auto" w:fill="1F4E78"/>
          </w:tcPr>
          <w:p w14:paraId="1D02BDAA" w14:textId="77777777" w:rsidR="00BB63BC" w:rsidRPr="00CE0F58" w:rsidRDefault="008C7F73">
            <w:pPr>
              <w:spacing w:after="0" w:line="240" w:lineRule="auto"/>
              <w:jc w:val="center"/>
              <w:rPr>
                <w:color w:val="FFFFFF" w:themeColor="background1"/>
              </w:rPr>
            </w:pPr>
            <w:proofErr w:type="spellStart"/>
            <w:r w:rsidRPr="00CE0F58">
              <w:rPr>
                <w:b/>
                <w:color w:val="FFFFFF" w:themeColor="background1"/>
                <w:szCs w:val="24"/>
              </w:rPr>
              <w:t>名詞</w:t>
            </w:r>
            <w:proofErr w:type="spellEnd"/>
          </w:p>
        </w:tc>
        <w:tc>
          <w:tcPr>
            <w:tcW w:w="7681" w:type="dxa"/>
            <w:shd w:val="clear" w:color="auto" w:fill="1F4E78"/>
          </w:tcPr>
          <w:p w14:paraId="0D32ECF1" w14:textId="77777777" w:rsidR="00BB63BC" w:rsidRPr="00CE0F58" w:rsidRDefault="008C7F73">
            <w:pPr>
              <w:spacing w:after="0" w:line="240" w:lineRule="auto"/>
              <w:jc w:val="center"/>
              <w:rPr>
                <w:color w:val="FFFFFF" w:themeColor="background1"/>
              </w:rPr>
            </w:pPr>
            <w:proofErr w:type="spellStart"/>
            <w:r w:rsidRPr="00CE0F58">
              <w:rPr>
                <w:b/>
                <w:color w:val="FFFFFF" w:themeColor="background1"/>
                <w:szCs w:val="24"/>
              </w:rPr>
              <w:t>本問卷操作性定義</w:t>
            </w:r>
            <w:proofErr w:type="spellEnd"/>
          </w:p>
        </w:tc>
      </w:tr>
      <w:tr w:rsidR="00BB63BC" w:rsidRPr="00463DE2" w14:paraId="38E6427D" w14:textId="77777777" w:rsidTr="001E00C2">
        <w:trPr>
          <w:cantSplit/>
          <w:trHeight w:val="397"/>
          <w:jc w:val="center"/>
        </w:trPr>
        <w:tc>
          <w:tcPr>
            <w:tcW w:w="226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430462DB" w14:textId="77777777" w:rsidR="00BB63BC" w:rsidRPr="00463DE2" w:rsidRDefault="008C7F73" w:rsidP="009B43D8">
            <w:pPr>
              <w:spacing w:after="0" w:line="240" w:lineRule="auto"/>
              <w:jc w:val="center"/>
              <w:rPr>
                <w:color w:val="auto"/>
              </w:rPr>
            </w:pPr>
            <w:proofErr w:type="spellStart"/>
            <w:r w:rsidRPr="00463DE2">
              <w:rPr>
                <w:color w:val="auto"/>
                <w:szCs w:val="24"/>
              </w:rPr>
              <w:t>教師人力不足</w:t>
            </w:r>
            <w:proofErr w:type="spellEnd"/>
          </w:p>
        </w:tc>
        <w:tc>
          <w:tcPr>
            <w:tcW w:w="768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70" w:type="dxa"/>
              <w:bottom w:w="35" w:type="dxa"/>
              <w:right w:w="70" w:type="dxa"/>
            </w:tcMar>
          </w:tcPr>
          <w:p w14:paraId="1A513836" w14:textId="77777777" w:rsidR="00BB63BC" w:rsidRPr="00463DE2" w:rsidRDefault="008C7F73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學校因教師職缺未補實或其他師資不足，致人力未能因應實際課</w:t>
            </w:r>
            <w:proofErr w:type="gramStart"/>
            <w:r w:rsidRPr="00463DE2">
              <w:rPr>
                <w:color w:val="auto"/>
                <w:szCs w:val="24"/>
                <w:lang w:eastAsia="zh-TW"/>
              </w:rPr>
              <w:t>務需</w:t>
            </w:r>
            <w:proofErr w:type="gramEnd"/>
            <w:r w:rsidRPr="00463DE2">
              <w:rPr>
                <w:color w:val="auto"/>
                <w:szCs w:val="24"/>
                <w:lang w:eastAsia="zh-TW"/>
              </w:rPr>
              <w:t>要，而須</w:t>
            </w:r>
            <w:proofErr w:type="gramStart"/>
            <w:r w:rsidRPr="00463DE2">
              <w:rPr>
                <w:color w:val="auto"/>
                <w:szCs w:val="24"/>
                <w:lang w:eastAsia="zh-TW"/>
              </w:rPr>
              <w:t>採</w:t>
            </w:r>
            <w:proofErr w:type="gramEnd"/>
            <w:r w:rsidRPr="00463DE2">
              <w:rPr>
                <w:color w:val="auto"/>
                <w:szCs w:val="24"/>
                <w:lang w:eastAsia="zh-TW"/>
              </w:rPr>
              <w:t>增加現職教師授課、臨時代課、跨校支援、調整課程或其他方式維持教學。</w:t>
            </w:r>
          </w:p>
        </w:tc>
      </w:tr>
      <w:tr w:rsidR="00BB63BC" w:rsidRPr="00463DE2" w14:paraId="30C5F007" w14:textId="77777777" w:rsidTr="001E00C2">
        <w:trPr>
          <w:cantSplit/>
          <w:trHeight w:val="397"/>
          <w:jc w:val="center"/>
        </w:trPr>
        <w:tc>
          <w:tcPr>
            <w:tcW w:w="226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74918B33" w14:textId="77777777" w:rsidR="00BB63BC" w:rsidRPr="00463DE2" w:rsidRDefault="008C7F73" w:rsidP="009B43D8">
            <w:pPr>
              <w:spacing w:after="0" w:line="240" w:lineRule="auto"/>
              <w:jc w:val="center"/>
              <w:rPr>
                <w:color w:val="auto"/>
              </w:rPr>
            </w:pPr>
            <w:proofErr w:type="spellStart"/>
            <w:r w:rsidRPr="00463DE2">
              <w:rPr>
                <w:color w:val="auto"/>
                <w:szCs w:val="24"/>
              </w:rPr>
              <w:t>留任原校</w:t>
            </w:r>
            <w:proofErr w:type="spellEnd"/>
          </w:p>
        </w:tc>
        <w:tc>
          <w:tcPr>
            <w:tcW w:w="768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0E9622E9" w14:textId="77777777" w:rsidR="00BB63BC" w:rsidRPr="00463DE2" w:rsidRDefault="008C7F73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繼續在目前服務學校任職，不論職務是否調整。</w:t>
            </w:r>
          </w:p>
        </w:tc>
      </w:tr>
      <w:tr w:rsidR="00BB63BC" w:rsidRPr="00463DE2" w14:paraId="053E7650" w14:textId="77777777" w:rsidTr="001E00C2">
        <w:trPr>
          <w:cantSplit/>
          <w:trHeight w:val="397"/>
          <w:jc w:val="center"/>
        </w:trPr>
        <w:tc>
          <w:tcPr>
            <w:tcW w:w="226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34961CE7" w14:textId="77777777" w:rsidR="00BB63BC" w:rsidRPr="00463DE2" w:rsidRDefault="008C7F73" w:rsidP="009B43D8">
            <w:pPr>
              <w:spacing w:after="0" w:line="240" w:lineRule="auto"/>
              <w:jc w:val="center"/>
              <w:rPr>
                <w:color w:val="auto"/>
              </w:rPr>
            </w:pPr>
            <w:proofErr w:type="spellStart"/>
            <w:r w:rsidRPr="00463DE2">
              <w:rPr>
                <w:color w:val="auto"/>
                <w:szCs w:val="24"/>
              </w:rPr>
              <w:t>續任教職</w:t>
            </w:r>
            <w:proofErr w:type="spellEnd"/>
          </w:p>
        </w:tc>
        <w:tc>
          <w:tcPr>
            <w:tcW w:w="768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7DDF9405" w14:textId="77777777" w:rsidR="00BB63BC" w:rsidRPr="00463DE2" w:rsidRDefault="008C7F73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繼續在</w:t>
            </w:r>
            <w:r w:rsidR="00865A07" w:rsidRPr="00463DE2">
              <w:rPr>
                <w:rFonts w:hint="eastAsia"/>
                <w:color w:val="auto"/>
                <w:szCs w:val="24"/>
                <w:lang w:eastAsia="zh-TW"/>
              </w:rPr>
              <w:t>國中小學</w:t>
            </w:r>
            <w:r w:rsidRPr="00463DE2">
              <w:rPr>
                <w:color w:val="auto"/>
                <w:szCs w:val="24"/>
                <w:lang w:eastAsia="zh-TW"/>
              </w:rPr>
              <w:t>擔任教師，不限目前學校。</w:t>
            </w:r>
          </w:p>
        </w:tc>
      </w:tr>
      <w:tr w:rsidR="00BB63BC" w:rsidRPr="00463DE2" w14:paraId="781B6297" w14:textId="77777777" w:rsidTr="001E00C2">
        <w:trPr>
          <w:cantSplit/>
          <w:trHeight w:val="397"/>
          <w:jc w:val="center"/>
        </w:trPr>
        <w:tc>
          <w:tcPr>
            <w:tcW w:w="226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484D7D28" w14:textId="77777777" w:rsidR="00BB63BC" w:rsidRPr="00463DE2" w:rsidRDefault="008C7F73" w:rsidP="009B43D8">
            <w:pPr>
              <w:spacing w:after="0" w:line="240" w:lineRule="auto"/>
              <w:jc w:val="center"/>
              <w:rPr>
                <w:color w:val="auto"/>
              </w:rPr>
            </w:pPr>
            <w:proofErr w:type="spellStart"/>
            <w:r w:rsidRPr="00463DE2">
              <w:rPr>
                <w:color w:val="auto"/>
                <w:szCs w:val="24"/>
              </w:rPr>
              <w:t>超鐘點授課</w:t>
            </w:r>
            <w:proofErr w:type="spellEnd"/>
          </w:p>
        </w:tc>
        <w:tc>
          <w:tcPr>
            <w:tcW w:w="768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70" w:type="dxa"/>
              <w:bottom w:w="35" w:type="dxa"/>
              <w:right w:w="70" w:type="dxa"/>
            </w:tcMar>
          </w:tcPr>
          <w:p w14:paraId="5FC733CE" w14:textId="77777777" w:rsidR="00BB63BC" w:rsidRPr="00463DE2" w:rsidRDefault="008C7F73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lang w:eastAsia="zh-TW"/>
              </w:rPr>
              <w:t>實際授課節數超過依教師身分及兼任職務核定之每週應授課節數，包含固定增課及臨時代課。</w:t>
            </w:r>
          </w:p>
        </w:tc>
      </w:tr>
      <w:tr w:rsidR="00BB63BC" w:rsidRPr="00463DE2" w14:paraId="10F5A079" w14:textId="77777777" w:rsidTr="001E00C2">
        <w:trPr>
          <w:cantSplit/>
          <w:trHeight w:val="397"/>
          <w:jc w:val="center"/>
        </w:trPr>
        <w:tc>
          <w:tcPr>
            <w:tcW w:w="226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4DA22541" w14:textId="77777777" w:rsidR="00BB63BC" w:rsidRPr="00463DE2" w:rsidRDefault="008C7F73" w:rsidP="009B43D8">
            <w:pPr>
              <w:spacing w:after="0" w:line="240" w:lineRule="auto"/>
              <w:jc w:val="center"/>
              <w:rPr>
                <w:color w:val="auto"/>
              </w:rPr>
            </w:pPr>
            <w:proofErr w:type="spellStart"/>
            <w:r w:rsidRPr="00463DE2">
              <w:rPr>
                <w:color w:val="auto"/>
                <w:szCs w:val="24"/>
              </w:rPr>
              <w:t>申訴案件</w:t>
            </w:r>
            <w:proofErr w:type="spellEnd"/>
          </w:p>
        </w:tc>
        <w:tc>
          <w:tcPr>
            <w:tcW w:w="768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70" w:type="dxa"/>
              <w:bottom w:w="35" w:type="dxa"/>
              <w:right w:w="70" w:type="dxa"/>
            </w:tcMar>
          </w:tcPr>
          <w:p w14:paraId="607C05C1" w14:textId="77777777" w:rsidR="00BB63BC" w:rsidRPr="00463DE2" w:rsidRDefault="008C7F73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本問卷統稱學生、家長或其他人員向學校、主管機關或其他單位提出，而使教師需說明、提供資料或接受處理之申訴、檢舉或陳情；</w:t>
            </w:r>
            <w:proofErr w:type="gramStart"/>
            <w:r w:rsidRPr="00463DE2">
              <w:rPr>
                <w:color w:val="auto"/>
                <w:szCs w:val="24"/>
                <w:lang w:eastAsia="zh-TW"/>
              </w:rPr>
              <w:t>不</w:t>
            </w:r>
            <w:proofErr w:type="gramEnd"/>
            <w:r w:rsidRPr="00463DE2">
              <w:rPr>
                <w:color w:val="auto"/>
                <w:szCs w:val="24"/>
                <w:lang w:eastAsia="zh-TW"/>
              </w:rPr>
              <w:t>預先認定任何案件為不當</w:t>
            </w:r>
            <w:proofErr w:type="gramStart"/>
            <w:r w:rsidRPr="00463DE2">
              <w:rPr>
                <w:color w:val="auto"/>
                <w:szCs w:val="24"/>
                <w:lang w:eastAsia="zh-TW"/>
              </w:rPr>
              <w:t>或濫訴</w:t>
            </w:r>
            <w:proofErr w:type="gramEnd"/>
            <w:r w:rsidRPr="00463DE2">
              <w:rPr>
                <w:color w:val="auto"/>
                <w:szCs w:val="24"/>
                <w:lang w:eastAsia="zh-TW"/>
              </w:rPr>
              <w:t>。</w:t>
            </w:r>
          </w:p>
        </w:tc>
      </w:tr>
      <w:tr w:rsidR="00BB63BC" w:rsidRPr="00463DE2" w14:paraId="06DF981F" w14:textId="77777777" w:rsidTr="001E00C2">
        <w:trPr>
          <w:cantSplit/>
          <w:trHeight w:val="397"/>
          <w:jc w:val="center"/>
        </w:trPr>
        <w:tc>
          <w:tcPr>
            <w:tcW w:w="226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3A19EFE4" w14:textId="77777777" w:rsidR="008E6F70" w:rsidRPr="00463DE2" w:rsidRDefault="005C2C7C" w:rsidP="00F86889">
            <w:pPr>
              <w:spacing w:after="0"/>
              <w:jc w:val="center"/>
              <w:rPr>
                <w:color w:val="auto"/>
              </w:rPr>
            </w:pPr>
            <w:proofErr w:type="spellStart"/>
            <w:r w:rsidRPr="00463DE2">
              <w:rPr>
                <w:color w:val="auto"/>
              </w:rPr>
              <w:t>非上班時間</w:t>
            </w:r>
            <w:proofErr w:type="spellEnd"/>
          </w:p>
        </w:tc>
        <w:tc>
          <w:tcPr>
            <w:tcW w:w="768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1014BE92" w14:textId="77777777" w:rsidR="008E6F70" w:rsidRPr="00463DE2" w:rsidRDefault="005C2C7C">
            <w:pPr>
              <w:spacing w:after="0"/>
              <w:rPr>
                <w:color w:val="auto"/>
                <w:spacing w:val="-8"/>
                <w:lang w:eastAsia="zh-TW"/>
              </w:rPr>
            </w:pPr>
            <w:r w:rsidRPr="00463DE2">
              <w:rPr>
                <w:color w:val="auto"/>
                <w:spacing w:val="-8"/>
                <w:lang w:eastAsia="zh-TW"/>
              </w:rPr>
              <w:t>指依服務學校規定之正常出勤時間</w:t>
            </w:r>
            <w:proofErr w:type="gramStart"/>
            <w:r w:rsidRPr="00463DE2">
              <w:rPr>
                <w:color w:val="auto"/>
                <w:spacing w:val="-8"/>
                <w:lang w:eastAsia="zh-TW"/>
              </w:rPr>
              <w:t>以外，</w:t>
            </w:r>
            <w:proofErr w:type="gramEnd"/>
            <w:r w:rsidRPr="00463DE2">
              <w:rPr>
                <w:color w:val="auto"/>
                <w:spacing w:val="-8"/>
                <w:lang w:eastAsia="zh-TW"/>
              </w:rPr>
              <w:t>包括平日晚間、例假日等時段。</w:t>
            </w:r>
          </w:p>
        </w:tc>
      </w:tr>
    </w:tbl>
    <w:p w14:paraId="042E4BD5" w14:textId="77777777" w:rsidR="001E00C2" w:rsidRDefault="001E00C2" w:rsidP="001E00C2">
      <w:pPr>
        <w:spacing w:line="240" w:lineRule="auto"/>
        <w:rPr>
          <w:b/>
          <w:color w:val="auto"/>
          <w:szCs w:val="24"/>
          <w:lang w:eastAsia="zh-TW"/>
        </w:rPr>
      </w:pPr>
    </w:p>
    <w:p w14:paraId="4ADB8FC3" w14:textId="4537AE80" w:rsidR="00BB63BC" w:rsidRPr="00463DE2" w:rsidRDefault="008C7F73" w:rsidP="001E00C2">
      <w:pPr>
        <w:spacing w:line="240" w:lineRule="auto"/>
        <w:rPr>
          <w:color w:val="auto"/>
          <w:lang w:eastAsia="zh-TW"/>
        </w:rPr>
      </w:pPr>
      <w:r w:rsidRPr="00463DE2">
        <w:rPr>
          <w:b/>
          <w:color w:val="auto"/>
          <w:szCs w:val="24"/>
          <w:lang w:eastAsia="zh-TW"/>
        </w:rPr>
        <w:t>壹 基本資料與服務背景</w:t>
      </w:r>
    </w:p>
    <w:p w14:paraId="64271603" w14:textId="77777777" w:rsidR="00BB63BC" w:rsidRPr="00463DE2" w:rsidRDefault="008C7F73">
      <w:pPr>
        <w:spacing w:line="240" w:lineRule="auto"/>
        <w:rPr>
          <w:color w:val="auto"/>
          <w:lang w:eastAsia="zh-TW"/>
        </w:rPr>
      </w:pPr>
      <w:proofErr w:type="gramStart"/>
      <w:r w:rsidRPr="00463DE2">
        <w:rPr>
          <w:color w:val="auto"/>
          <w:szCs w:val="24"/>
          <w:lang w:eastAsia="zh-TW"/>
        </w:rPr>
        <w:t>本部分僅供</w:t>
      </w:r>
      <w:proofErr w:type="gramEnd"/>
      <w:r w:rsidRPr="00463DE2">
        <w:rPr>
          <w:color w:val="auto"/>
          <w:szCs w:val="24"/>
          <w:lang w:eastAsia="zh-TW"/>
        </w:rPr>
        <w:t>分組統計，不作個人或單一學校辨識。</w:t>
      </w:r>
    </w:p>
    <w:tbl>
      <w:tblPr>
        <w:tblW w:w="10060" w:type="dxa"/>
        <w:jc w:val="center"/>
        <w:tblLayout w:type="fixed"/>
        <w:tblLook w:val="04A0" w:firstRow="1" w:lastRow="0" w:firstColumn="1" w:lastColumn="0" w:noHBand="0" w:noVBand="1"/>
      </w:tblPr>
      <w:tblGrid>
        <w:gridCol w:w="479"/>
        <w:gridCol w:w="9581"/>
      </w:tblGrid>
      <w:tr w:rsidR="00BB63BC" w:rsidRPr="00463DE2" w14:paraId="19305A32" w14:textId="77777777" w:rsidTr="009F7AE3">
        <w:trPr>
          <w:cantSplit/>
          <w:jc w:val="center"/>
        </w:trPr>
        <w:tc>
          <w:tcPr>
            <w:tcW w:w="47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A8459B0" w14:textId="77777777" w:rsidR="00D7232F" w:rsidRPr="00463DE2" w:rsidRDefault="00DA6FDF">
            <w:pPr>
              <w:jc w:val="center"/>
              <w:rPr>
                <w:color w:val="auto"/>
                <w:lang w:eastAsia="zh-TW"/>
              </w:rPr>
            </w:pPr>
            <w:r w:rsidRPr="00463DE2">
              <w:rPr>
                <w:color w:val="auto"/>
              </w:rPr>
              <w:t>1</w:t>
            </w:r>
          </w:p>
        </w:tc>
        <w:tc>
          <w:tcPr>
            <w:tcW w:w="958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5271A4A8" w14:textId="77777777" w:rsidR="00BB63BC" w:rsidRPr="00463DE2" w:rsidRDefault="008C7F73">
            <w:pPr>
              <w:spacing w:after="20" w:line="240" w:lineRule="auto"/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目前主要服務縣市</w:t>
            </w:r>
          </w:p>
          <w:p w14:paraId="6CC69433" w14:textId="77777777" w:rsidR="00BB63BC" w:rsidRPr="00463DE2" w:rsidRDefault="008C7F73" w:rsidP="00BC398A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□臺北市  □新北市  □桃園市  □</w:t>
            </w:r>
            <w:proofErr w:type="gramStart"/>
            <w:r w:rsidRPr="00463DE2">
              <w:rPr>
                <w:color w:val="auto"/>
                <w:szCs w:val="24"/>
                <w:lang w:eastAsia="zh-TW"/>
              </w:rPr>
              <w:t>臺</w:t>
            </w:r>
            <w:proofErr w:type="gramEnd"/>
            <w:r w:rsidRPr="00463DE2">
              <w:rPr>
                <w:color w:val="auto"/>
                <w:szCs w:val="24"/>
                <w:lang w:eastAsia="zh-TW"/>
              </w:rPr>
              <w:t>中市  □</w:t>
            </w:r>
            <w:proofErr w:type="gramStart"/>
            <w:r w:rsidRPr="00463DE2">
              <w:rPr>
                <w:color w:val="auto"/>
                <w:szCs w:val="24"/>
                <w:lang w:eastAsia="zh-TW"/>
              </w:rPr>
              <w:t>臺</w:t>
            </w:r>
            <w:proofErr w:type="gramEnd"/>
            <w:r w:rsidRPr="00463DE2">
              <w:rPr>
                <w:color w:val="auto"/>
                <w:szCs w:val="24"/>
                <w:lang w:eastAsia="zh-TW"/>
              </w:rPr>
              <w:t>南市  □高雄市  □宜蘭縣  □基隆市  □新竹縣  □新竹市  □苗栗縣  □彰化縣  □南投縣  □雲林縣  □嘉義縣  □嘉義市□屏東縣  □花蓮縣  □</w:t>
            </w:r>
            <w:proofErr w:type="gramStart"/>
            <w:r w:rsidRPr="00463DE2">
              <w:rPr>
                <w:color w:val="auto"/>
                <w:szCs w:val="24"/>
                <w:lang w:eastAsia="zh-TW"/>
              </w:rPr>
              <w:t>臺</w:t>
            </w:r>
            <w:proofErr w:type="gramEnd"/>
            <w:r w:rsidRPr="00463DE2">
              <w:rPr>
                <w:color w:val="auto"/>
                <w:szCs w:val="24"/>
                <w:lang w:eastAsia="zh-TW"/>
              </w:rPr>
              <w:t>東縣  □澎湖縣  □金門縣  □連江縣</w:t>
            </w:r>
          </w:p>
        </w:tc>
      </w:tr>
      <w:tr w:rsidR="00BB63BC" w:rsidRPr="00463DE2" w14:paraId="2A8401CF" w14:textId="77777777" w:rsidTr="009F7AE3">
        <w:trPr>
          <w:cantSplit/>
          <w:jc w:val="center"/>
        </w:trPr>
        <w:tc>
          <w:tcPr>
            <w:tcW w:w="47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F00F8C4" w14:textId="77777777" w:rsidR="00B24943" w:rsidRPr="00463DE2" w:rsidRDefault="00000000" w:rsidP="00FA3B77">
            <w:pPr>
              <w:jc w:val="center"/>
              <w:rPr>
                <w:color w:val="auto"/>
              </w:rPr>
            </w:pPr>
            <w:r w:rsidRPr="00463DE2">
              <w:rPr>
                <w:color w:val="auto"/>
              </w:rPr>
              <w:lastRenderedPageBreak/>
              <w:t>2</w:t>
            </w:r>
          </w:p>
        </w:tc>
        <w:tc>
          <w:tcPr>
            <w:tcW w:w="958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135477C8" w14:textId="77777777" w:rsidR="00B24943" w:rsidRPr="00463DE2" w:rsidRDefault="00000000">
            <w:pPr>
              <w:rPr>
                <w:bCs/>
                <w:color w:val="auto"/>
                <w:lang w:eastAsia="zh-TW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目前主要服務學校類別</w:t>
            </w:r>
            <w:r w:rsidRPr="00463DE2">
              <w:rPr>
                <w:bCs/>
                <w:color w:val="auto"/>
                <w:szCs w:val="24"/>
                <w:lang w:eastAsia="zh-TW"/>
              </w:rPr>
              <w:br/>
              <w:t>□公立學校</w:t>
            </w:r>
            <w:r w:rsidR="00FA3B77" w:rsidRPr="00463DE2">
              <w:rPr>
                <w:rFonts w:hint="eastAsia"/>
                <w:bCs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bCs/>
                <w:color w:val="auto"/>
                <w:szCs w:val="24"/>
                <w:lang w:eastAsia="zh-TW"/>
              </w:rPr>
              <w:t>□私立學校</w:t>
            </w:r>
          </w:p>
        </w:tc>
      </w:tr>
      <w:tr w:rsidR="00BB63BC" w:rsidRPr="00463DE2" w14:paraId="44EE2ED1" w14:textId="77777777" w:rsidTr="009F7AE3">
        <w:trPr>
          <w:cantSplit/>
          <w:jc w:val="center"/>
        </w:trPr>
        <w:tc>
          <w:tcPr>
            <w:tcW w:w="47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54626FC" w14:textId="77777777" w:rsidR="00D7232F" w:rsidRPr="00463DE2" w:rsidRDefault="00DA6FDF">
            <w:pPr>
              <w:jc w:val="center"/>
              <w:rPr>
                <w:color w:val="auto"/>
                <w:lang w:eastAsia="zh-TW"/>
              </w:rPr>
            </w:pPr>
            <w:r w:rsidRPr="00463DE2">
              <w:rPr>
                <w:color w:val="auto"/>
              </w:rPr>
              <w:t>3</w:t>
            </w:r>
          </w:p>
        </w:tc>
        <w:tc>
          <w:tcPr>
            <w:tcW w:w="958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0F5261A6" w14:textId="77777777" w:rsidR="00BB63BC" w:rsidRPr="00463DE2" w:rsidRDefault="008C7F73">
            <w:pPr>
              <w:spacing w:after="20" w:line="240" w:lineRule="auto"/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主要任教學制</w:t>
            </w:r>
          </w:p>
          <w:p w14:paraId="6678D772" w14:textId="77777777" w:rsidR="00BB63BC" w:rsidRPr="00463DE2" w:rsidRDefault="008C7F73" w:rsidP="00281546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□國民小學  □國民中學  □特殊教育學校  □其他：________</w:t>
            </w:r>
          </w:p>
        </w:tc>
      </w:tr>
      <w:tr w:rsidR="00BB63BC" w:rsidRPr="00463DE2" w14:paraId="50056C4C" w14:textId="77777777" w:rsidTr="009F7AE3">
        <w:trPr>
          <w:cantSplit/>
          <w:jc w:val="center"/>
        </w:trPr>
        <w:tc>
          <w:tcPr>
            <w:tcW w:w="47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086F22E" w14:textId="77777777" w:rsidR="00D7232F" w:rsidRPr="00463DE2" w:rsidRDefault="00DA6FDF">
            <w:pPr>
              <w:jc w:val="center"/>
              <w:rPr>
                <w:color w:val="auto"/>
                <w:lang w:eastAsia="zh-TW"/>
              </w:rPr>
            </w:pPr>
            <w:r w:rsidRPr="00463DE2">
              <w:rPr>
                <w:color w:val="auto"/>
              </w:rPr>
              <w:t>4</w:t>
            </w:r>
          </w:p>
        </w:tc>
        <w:tc>
          <w:tcPr>
            <w:tcW w:w="958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5405718D" w14:textId="77777777" w:rsidR="00BB63BC" w:rsidRPr="00463DE2" w:rsidRDefault="008C7F73">
            <w:pPr>
              <w:spacing w:after="20" w:line="240" w:lineRule="auto"/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學校地區屬性</w:t>
            </w:r>
          </w:p>
          <w:p w14:paraId="6FE219D1" w14:textId="77777777" w:rsidR="00BB63BC" w:rsidRPr="00463DE2" w:rsidRDefault="008C7F73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□一般地區  □偏遠地區  □特殊偏遠地區  □極度偏遠地區  □不清楚</w:t>
            </w:r>
          </w:p>
        </w:tc>
      </w:tr>
      <w:tr w:rsidR="00BB63BC" w:rsidRPr="00463DE2" w14:paraId="773B93EA" w14:textId="77777777" w:rsidTr="009F7AE3">
        <w:trPr>
          <w:cantSplit/>
          <w:jc w:val="center"/>
        </w:trPr>
        <w:tc>
          <w:tcPr>
            <w:tcW w:w="47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B1885BC" w14:textId="77777777" w:rsidR="00D7232F" w:rsidRPr="00463DE2" w:rsidRDefault="00DA6FDF">
            <w:pPr>
              <w:jc w:val="center"/>
              <w:rPr>
                <w:color w:val="auto"/>
                <w:lang w:eastAsia="zh-TW"/>
              </w:rPr>
            </w:pPr>
            <w:r w:rsidRPr="00463DE2">
              <w:rPr>
                <w:color w:val="auto"/>
              </w:rPr>
              <w:t>5</w:t>
            </w:r>
          </w:p>
        </w:tc>
        <w:tc>
          <w:tcPr>
            <w:tcW w:w="958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76CF6D3D" w14:textId="77777777" w:rsidR="00BB63BC" w:rsidRPr="00463DE2" w:rsidRDefault="008C7F73">
            <w:pPr>
              <w:spacing w:after="20" w:line="240" w:lineRule="auto"/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目前教師身分</w:t>
            </w:r>
          </w:p>
          <w:p w14:paraId="0E9EA564" w14:textId="77777777" w:rsidR="00BB63BC" w:rsidRPr="00463DE2" w:rsidRDefault="008C7F73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□正式教師  □代理教師  □代課教師  □兼任教師  □其他：________</w:t>
            </w:r>
          </w:p>
        </w:tc>
      </w:tr>
      <w:tr w:rsidR="00BB63BC" w:rsidRPr="00463DE2" w14:paraId="058EC838" w14:textId="77777777" w:rsidTr="009F7AE3">
        <w:trPr>
          <w:cantSplit/>
          <w:jc w:val="center"/>
        </w:trPr>
        <w:tc>
          <w:tcPr>
            <w:tcW w:w="47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3A666C0" w14:textId="77777777" w:rsidR="00D7232F" w:rsidRPr="00463DE2" w:rsidRDefault="00DA6FDF">
            <w:pPr>
              <w:jc w:val="center"/>
              <w:rPr>
                <w:color w:val="auto"/>
                <w:lang w:eastAsia="zh-TW"/>
              </w:rPr>
            </w:pPr>
            <w:r w:rsidRPr="00463DE2">
              <w:rPr>
                <w:color w:val="auto"/>
              </w:rPr>
              <w:t>6</w:t>
            </w:r>
          </w:p>
        </w:tc>
        <w:tc>
          <w:tcPr>
            <w:tcW w:w="958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61C0BF92" w14:textId="77777777" w:rsidR="00BB63BC" w:rsidRPr="00463DE2" w:rsidRDefault="008C7F73">
            <w:pPr>
              <w:spacing w:after="20" w:line="240" w:lineRule="auto"/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主要任教領域或科別</w:t>
            </w:r>
          </w:p>
          <w:p w14:paraId="3A822C7D" w14:textId="77777777" w:rsidR="009B43D8" w:rsidRPr="00463DE2" w:rsidRDefault="008C7F73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 xml:space="preserve">□國小一般  □語文  □數學  □社會  □自然科學或科技  □藝術  □健康與體育  </w:t>
            </w:r>
          </w:p>
          <w:p w14:paraId="2EF19931" w14:textId="77777777" w:rsidR="00BB63BC" w:rsidRPr="00463DE2" w:rsidRDefault="008C7F73" w:rsidP="009B43D8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□綜合活動  □特殊教育  □輔導  □其他：________</w:t>
            </w:r>
          </w:p>
        </w:tc>
      </w:tr>
      <w:tr w:rsidR="00BB63BC" w:rsidRPr="00463DE2" w14:paraId="7445C7DD" w14:textId="77777777" w:rsidTr="009F7AE3">
        <w:trPr>
          <w:cantSplit/>
          <w:jc w:val="center"/>
        </w:trPr>
        <w:tc>
          <w:tcPr>
            <w:tcW w:w="47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1A3B089" w14:textId="77777777" w:rsidR="00D7232F" w:rsidRPr="00463DE2" w:rsidRDefault="00DA6FDF">
            <w:pPr>
              <w:jc w:val="center"/>
              <w:rPr>
                <w:color w:val="auto"/>
                <w:lang w:eastAsia="zh-TW"/>
              </w:rPr>
            </w:pPr>
            <w:r w:rsidRPr="00463DE2">
              <w:rPr>
                <w:color w:val="auto"/>
              </w:rPr>
              <w:t>7</w:t>
            </w:r>
          </w:p>
        </w:tc>
        <w:tc>
          <w:tcPr>
            <w:tcW w:w="958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0FB84759" w14:textId="77777777" w:rsidR="00BB63BC" w:rsidRPr="00463DE2" w:rsidRDefault="008C7F73">
            <w:pPr>
              <w:spacing w:after="20" w:line="240" w:lineRule="auto"/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目前主要職務</w:t>
            </w:r>
          </w:p>
          <w:p w14:paraId="2B95D110" w14:textId="77777777" w:rsidR="009B43D8" w:rsidRPr="00463DE2" w:rsidRDefault="008C7F73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 xml:space="preserve">□導師  □專任或科任教師  □專任輔導教師  □教師兼主任  □教師兼組長  </w:t>
            </w:r>
          </w:p>
          <w:p w14:paraId="2D822157" w14:textId="77777777" w:rsidR="00BB63BC" w:rsidRPr="00463DE2" w:rsidRDefault="008C7F73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□教師兼其他行政職務  □其他：________</w:t>
            </w:r>
          </w:p>
        </w:tc>
      </w:tr>
      <w:tr w:rsidR="00BB63BC" w:rsidRPr="00463DE2" w14:paraId="00674C86" w14:textId="77777777" w:rsidTr="009F7AE3">
        <w:trPr>
          <w:cantSplit/>
          <w:jc w:val="center"/>
        </w:trPr>
        <w:tc>
          <w:tcPr>
            <w:tcW w:w="47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4117181" w14:textId="77777777" w:rsidR="00D7232F" w:rsidRPr="00463DE2" w:rsidRDefault="00DA6FDF">
            <w:pPr>
              <w:jc w:val="center"/>
              <w:rPr>
                <w:color w:val="auto"/>
                <w:lang w:eastAsia="zh-TW"/>
              </w:rPr>
            </w:pPr>
            <w:r w:rsidRPr="00463DE2">
              <w:rPr>
                <w:color w:val="auto"/>
              </w:rPr>
              <w:t>8</w:t>
            </w:r>
          </w:p>
        </w:tc>
        <w:tc>
          <w:tcPr>
            <w:tcW w:w="958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1C3C4466" w14:textId="77777777" w:rsidR="00BB63BC" w:rsidRPr="00463DE2" w:rsidRDefault="008C7F73">
            <w:pPr>
              <w:spacing w:after="20" w:line="240" w:lineRule="auto"/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教師總服務年資</w:t>
            </w:r>
          </w:p>
          <w:p w14:paraId="4F18AB0F" w14:textId="77777777" w:rsidR="00BB63BC" w:rsidRPr="00463DE2" w:rsidRDefault="008C7F73" w:rsidP="00AB3A33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□未滿1年  □ 1至未滿5年  □ 5至未滿10年□ 10至未滿20年 □ 20至未滿25年 □25年以上</w:t>
            </w:r>
          </w:p>
        </w:tc>
      </w:tr>
      <w:tr w:rsidR="004D2402" w:rsidRPr="00463DE2" w14:paraId="1A495DF7" w14:textId="77777777" w:rsidTr="009F7AE3">
        <w:trPr>
          <w:cantSplit/>
          <w:jc w:val="center"/>
        </w:trPr>
        <w:tc>
          <w:tcPr>
            <w:tcW w:w="47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5EF5DA4" w14:textId="77777777" w:rsidR="004D2402" w:rsidRPr="00463DE2" w:rsidRDefault="004D2402">
            <w:pPr>
              <w:jc w:val="center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</w:rPr>
              <w:t>9</w:t>
            </w:r>
          </w:p>
        </w:tc>
        <w:tc>
          <w:tcPr>
            <w:tcW w:w="958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1AE80F75" w14:textId="77777777" w:rsidR="004D2402" w:rsidRPr="00463DE2" w:rsidRDefault="004D2402" w:rsidP="004D2402">
            <w:pPr>
              <w:spacing w:after="20" w:line="240" w:lineRule="auto"/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性別</w:t>
            </w:r>
          </w:p>
          <w:p w14:paraId="53A5CA29" w14:textId="77777777" w:rsidR="004D2402" w:rsidRPr="00463DE2" w:rsidRDefault="004D2402" w:rsidP="004D2402">
            <w:pPr>
              <w:spacing w:after="0" w:line="240" w:lineRule="auto"/>
              <w:rPr>
                <w:b/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 男</w:t>
            </w:r>
            <w:r w:rsidR="000F575A" w:rsidRPr="00463DE2">
              <w:rPr>
                <w:rFonts w:hint="eastAsia"/>
                <w:color w:val="auto"/>
                <w:szCs w:val="24"/>
                <w:lang w:eastAsia="zh-TW"/>
              </w:rPr>
              <w:t xml:space="preserve">性 </w:t>
            </w:r>
            <w:r w:rsidRPr="00463DE2">
              <w:rPr>
                <w:color w:val="auto"/>
                <w:szCs w:val="24"/>
                <w:lang w:eastAsia="zh-TW"/>
              </w:rPr>
              <w:t xml:space="preserve"> □ 女</w:t>
            </w:r>
            <w:r w:rsidR="000F575A" w:rsidRPr="00463DE2">
              <w:rPr>
                <w:rFonts w:hint="eastAsia"/>
                <w:color w:val="auto"/>
                <w:szCs w:val="24"/>
                <w:lang w:eastAsia="zh-TW"/>
              </w:rPr>
              <w:t xml:space="preserve">性 </w:t>
            </w:r>
            <w:r w:rsidRPr="00463DE2">
              <w:rPr>
                <w:color w:val="auto"/>
                <w:szCs w:val="24"/>
                <w:lang w:eastAsia="zh-TW"/>
              </w:rPr>
              <w:t xml:space="preserve"> □ </w:t>
            </w:r>
            <w:r w:rsidR="000F575A" w:rsidRPr="00463DE2">
              <w:rPr>
                <w:rFonts w:hint="eastAsia"/>
                <w:color w:val="auto"/>
                <w:szCs w:val="24"/>
                <w:lang w:eastAsia="zh-TW"/>
              </w:rPr>
              <w:t>不回答</w:t>
            </w:r>
          </w:p>
        </w:tc>
      </w:tr>
      <w:tr w:rsidR="00BB63BC" w:rsidRPr="00463DE2" w14:paraId="3C68CB88" w14:textId="77777777" w:rsidTr="009F7AE3">
        <w:trPr>
          <w:cantSplit/>
          <w:jc w:val="center"/>
        </w:trPr>
        <w:tc>
          <w:tcPr>
            <w:tcW w:w="47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BA682C2" w14:textId="77777777" w:rsidR="00D7232F" w:rsidRPr="00463DE2" w:rsidRDefault="004D2402">
            <w:pPr>
              <w:jc w:val="center"/>
              <w:rPr>
                <w:color w:val="auto"/>
                <w:lang w:eastAsia="zh-TW"/>
              </w:rPr>
            </w:pPr>
            <w:r w:rsidRPr="00463DE2">
              <w:rPr>
                <w:color w:val="auto"/>
              </w:rPr>
              <w:t>10</w:t>
            </w:r>
          </w:p>
        </w:tc>
        <w:tc>
          <w:tcPr>
            <w:tcW w:w="958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0DF2FE88" w14:textId="77777777" w:rsidR="00BB63BC" w:rsidRPr="00463DE2" w:rsidRDefault="008C7F73">
            <w:pPr>
              <w:spacing w:after="20" w:line="240" w:lineRule="auto"/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年齡區間</w:t>
            </w:r>
          </w:p>
          <w:p w14:paraId="3E1B67C5" w14:textId="77777777" w:rsidR="00BB63BC" w:rsidRPr="00463DE2" w:rsidRDefault="008C7F73" w:rsidP="00AB3A33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 xml:space="preserve">□ 29歲以下  □ 30至39歲  □ 40至49歲  □ 50至59歲  □ 60歲以上  </w:t>
            </w:r>
          </w:p>
        </w:tc>
      </w:tr>
      <w:tr w:rsidR="00BB63BC" w:rsidRPr="00463DE2" w14:paraId="478B22AC" w14:textId="77777777" w:rsidTr="009F7AE3">
        <w:trPr>
          <w:cantSplit/>
          <w:jc w:val="center"/>
        </w:trPr>
        <w:tc>
          <w:tcPr>
            <w:tcW w:w="47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B54E784" w14:textId="77777777" w:rsidR="00B24943" w:rsidRPr="00463DE2" w:rsidRDefault="00000000">
            <w:pPr>
              <w:rPr>
                <w:color w:val="auto"/>
              </w:rPr>
            </w:pPr>
            <w:r w:rsidRPr="00463DE2">
              <w:rPr>
                <w:color w:val="auto"/>
              </w:rPr>
              <w:t>11</w:t>
            </w:r>
          </w:p>
        </w:tc>
        <w:tc>
          <w:tcPr>
            <w:tcW w:w="958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234274E4" w14:textId="4AF3DE32" w:rsidR="00B24943" w:rsidRPr="00463DE2" w:rsidRDefault="00000000">
            <w:pPr>
              <w:rPr>
                <w:bCs/>
                <w:color w:val="auto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是否持有合格教師證書？</w:t>
            </w:r>
            <w:r w:rsidRPr="00463DE2">
              <w:rPr>
                <w:bCs/>
                <w:color w:val="auto"/>
                <w:szCs w:val="24"/>
                <w:lang w:eastAsia="zh-TW"/>
              </w:rPr>
              <w:br/>
              <w:t>□</w:t>
            </w:r>
            <w:r w:rsidR="00296FDF">
              <w:rPr>
                <w:rFonts w:hint="eastAsia"/>
                <w:bCs/>
                <w:color w:val="auto"/>
                <w:szCs w:val="24"/>
                <w:lang w:eastAsia="zh-TW"/>
              </w:rPr>
              <w:t>是</w:t>
            </w:r>
            <w:r w:rsidR="00AB3A33" w:rsidRPr="00463DE2">
              <w:rPr>
                <w:rFonts w:hint="eastAsia"/>
                <w:bCs/>
                <w:color w:val="auto"/>
                <w:szCs w:val="24"/>
                <w:lang w:eastAsia="zh-TW"/>
              </w:rPr>
              <w:t xml:space="preserve">  </w:t>
            </w:r>
            <w:proofErr w:type="gramStart"/>
            <w:r w:rsidRPr="00463DE2">
              <w:rPr>
                <w:bCs/>
                <w:color w:val="auto"/>
                <w:szCs w:val="24"/>
                <w:lang w:eastAsia="zh-TW"/>
              </w:rPr>
              <w:t>□</w:t>
            </w:r>
            <w:r w:rsidR="00296FDF">
              <w:rPr>
                <w:rFonts w:hint="eastAsia"/>
                <w:bCs/>
                <w:color w:val="auto"/>
                <w:szCs w:val="24"/>
                <w:lang w:eastAsia="zh-TW"/>
              </w:rPr>
              <w:t>否</w:t>
            </w:r>
            <w:proofErr w:type="gramEnd"/>
          </w:p>
        </w:tc>
      </w:tr>
    </w:tbl>
    <w:p w14:paraId="6841A795" w14:textId="77777777" w:rsidR="001E00C2" w:rsidRDefault="001E00C2" w:rsidP="001E00C2">
      <w:pPr>
        <w:spacing w:line="240" w:lineRule="auto"/>
        <w:rPr>
          <w:b/>
          <w:color w:val="auto"/>
          <w:szCs w:val="24"/>
          <w:lang w:eastAsia="zh-TW"/>
        </w:rPr>
      </w:pPr>
    </w:p>
    <w:p w14:paraId="3FBE0424" w14:textId="5A1EBCE6" w:rsidR="00BB63BC" w:rsidRPr="001E00C2" w:rsidRDefault="008C7F73" w:rsidP="001E00C2">
      <w:pPr>
        <w:spacing w:line="240" w:lineRule="auto"/>
        <w:rPr>
          <w:b/>
          <w:color w:val="auto"/>
          <w:szCs w:val="24"/>
          <w:lang w:eastAsia="zh-TW"/>
        </w:rPr>
      </w:pPr>
      <w:r w:rsidRPr="00463DE2">
        <w:rPr>
          <w:b/>
          <w:color w:val="auto"/>
          <w:szCs w:val="24"/>
          <w:lang w:eastAsia="zh-TW"/>
        </w:rPr>
        <w:t>貳 師資不足與工作負荷</w:t>
      </w:r>
    </w:p>
    <w:tbl>
      <w:tblPr>
        <w:tblW w:w="10060" w:type="dxa"/>
        <w:jc w:val="center"/>
        <w:tblLayout w:type="fixed"/>
        <w:tblLook w:val="04A0" w:firstRow="1" w:lastRow="0" w:firstColumn="1" w:lastColumn="0" w:noHBand="0" w:noVBand="1"/>
      </w:tblPr>
      <w:tblGrid>
        <w:gridCol w:w="479"/>
        <w:gridCol w:w="9573"/>
        <w:gridCol w:w="8"/>
      </w:tblGrid>
      <w:tr w:rsidR="00BB63BC" w:rsidRPr="00463DE2" w14:paraId="5BC7A879" w14:textId="77777777" w:rsidTr="00F32AD2">
        <w:trPr>
          <w:gridAfter w:val="1"/>
          <w:wAfter w:w="8" w:type="dxa"/>
          <w:cantSplit/>
          <w:jc w:val="center"/>
        </w:trPr>
        <w:tc>
          <w:tcPr>
            <w:tcW w:w="47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7B1A2E1" w14:textId="77777777" w:rsidR="00D7232F" w:rsidRPr="00463DE2" w:rsidRDefault="004D2402">
            <w:pPr>
              <w:jc w:val="center"/>
              <w:rPr>
                <w:color w:val="auto"/>
                <w:lang w:eastAsia="zh-TW"/>
              </w:rPr>
            </w:pPr>
            <w:r w:rsidRPr="00463DE2">
              <w:rPr>
                <w:color w:val="auto"/>
              </w:rPr>
              <w:t>12</w:t>
            </w:r>
          </w:p>
        </w:tc>
        <w:tc>
          <w:tcPr>
            <w:tcW w:w="9573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74C28EB7" w14:textId="5FE82CDF" w:rsidR="00BB63BC" w:rsidRPr="00463DE2" w:rsidRDefault="008C7F73">
            <w:pPr>
              <w:spacing w:after="20" w:line="240" w:lineRule="auto"/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11</w:t>
            </w:r>
            <w:r w:rsidR="004C4A73">
              <w:rPr>
                <w:rFonts w:hint="eastAsia"/>
                <w:b/>
                <w:color w:val="auto"/>
                <w:szCs w:val="24"/>
                <w:lang w:eastAsia="zh-TW"/>
              </w:rPr>
              <w:t>5</w:t>
            </w:r>
            <w:r w:rsidRPr="00463DE2">
              <w:rPr>
                <w:b/>
                <w:color w:val="auto"/>
                <w:szCs w:val="24"/>
                <w:lang w:eastAsia="zh-TW"/>
              </w:rPr>
              <w:t>學年度第</w:t>
            </w:r>
            <w:r w:rsidR="004C4A73">
              <w:rPr>
                <w:rFonts w:hint="eastAsia"/>
                <w:b/>
                <w:color w:val="auto"/>
                <w:szCs w:val="24"/>
                <w:lang w:eastAsia="zh-TW"/>
              </w:rPr>
              <w:t>1</w:t>
            </w:r>
            <w:r w:rsidRPr="00463DE2">
              <w:rPr>
                <w:b/>
                <w:color w:val="auto"/>
                <w:szCs w:val="24"/>
                <w:lang w:eastAsia="zh-TW"/>
              </w:rPr>
              <w:t>學期，依您所知，目前主要服務學校是否曾因教師</w:t>
            </w:r>
            <w:r w:rsidR="0038386F" w:rsidRPr="00463DE2">
              <w:rPr>
                <w:rFonts w:hint="eastAsia"/>
                <w:b/>
                <w:color w:val="auto"/>
                <w:szCs w:val="24"/>
                <w:lang w:eastAsia="zh-TW"/>
              </w:rPr>
              <w:t>人力</w:t>
            </w:r>
            <w:r w:rsidRPr="00463DE2">
              <w:rPr>
                <w:b/>
                <w:color w:val="auto"/>
                <w:szCs w:val="24"/>
                <w:lang w:eastAsia="zh-TW"/>
              </w:rPr>
              <w:t>不足，採取下列方式維持課</w:t>
            </w:r>
            <w:proofErr w:type="gramStart"/>
            <w:r w:rsidRPr="00463DE2">
              <w:rPr>
                <w:b/>
                <w:color w:val="auto"/>
                <w:szCs w:val="24"/>
                <w:lang w:eastAsia="zh-TW"/>
              </w:rPr>
              <w:t>務</w:t>
            </w:r>
            <w:proofErr w:type="gramEnd"/>
            <w:r w:rsidRPr="00463DE2">
              <w:rPr>
                <w:b/>
                <w:color w:val="auto"/>
                <w:szCs w:val="24"/>
                <w:lang w:eastAsia="zh-TW"/>
              </w:rPr>
              <w:t>？（可複選）</w:t>
            </w:r>
          </w:p>
          <w:p w14:paraId="66EA01C8" w14:textId="77777777" w:rsidR="009B43D8" w:rsidRPr="00463DE2" w:rsidRDefault="008C7F73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 xml:space="preserve">□增加現職教師授課節數  □安排教師教授非主要任教領域或科別  </w:t>
            </w:r>
          </w:p>
          <w:p w14:paraId="27D2C476" w14:textId="3929E426" w:rsidR="00BB63BC" w:rsidRPr="00D33416" w:rsidRDefault="008C7F73" w:rsidP="00D33416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□聘用代理、代課或兼任教師  □跨校支援或合聘教師  □</w:t>
            </w:r>
            <w:r w:rsidRPr="00463DE2">
              <w:rPr>
                <w:color w:val="auto"/>
                <w:spacing w:val="-20"/>
                <w:szCs w:val="24"/>
                <w:lang w:eastAsia="zh-TW"/>
              </w:rPr>
              <w:t xml:space="preserve">由行政人員或其他教師協助授課  </w:t>
            </w:r>
            <w:r w:rsidRPr="00463DE2">
              <w:rPr>
                <w:color w:val="auto"/>
                <w:szCs w:val="24"/>
                <w:lang w:eastAsia="zh-TW"/>
              </w:rPr>
              <w:t>□調整、</w:t>
            </w:r>
            <w:proofErr w:type="gramStart"/>
            <w:r w:rsidRPr="00463DE2">
              <w:rPr>
                <w:color w:val="auto"/>
                <w:szCs w:val="24"/>
                <w:lang w:eastAsia="zh-TW"/>
              </w:rPr>
              <w:t>併</w:t>
            </w:r>
            <w:proofErr w:type="gramEnd"/>
            <w:r w:rsidRPr="00463DE2">
              <w:rPr>
                <w:color w:val="auto"/>
                <w:szCs w:val="24"/>
                <w:lang w:eastAsia="zh-TW"/>
              </w:rPr>
              <w:t>班或變更課程安排  □其他：________</w:t>
            </w:r>
            <w:r w:rsidR="00C02816">
              <w:rPr>
                <w:rFonts w:hint="eastAsia"/>
                <w:color w:val="auto"/>
                <w:szCs w:val="24"/>
                <w:lang w:eastAsia="zh-TW"/>
              </w:rPr>
              <w:t xml:space="preserve">  </w:t>
            </w:r>
            <w:r w:rsidR="00C02816" w:rsidRPr="00463DE2">
              <w:rPr>
                <w:color w:val="auto"/>
                <w:szCs w:val="24"/>
                <w:lang w:eastAsia="zh-TW"/>
              </w:rPr>
              <w:t xml:space="preserve">□無此情形  </w:t>
            </w:r>
          </w:p>
        </w:tc>
      </w:tr>
      <w:tr w:rsidR="00BB63BC" w:rsidRPr="00463DE2" w14:paraId="56CF0BD6" w14:textId="77777777" w:rsidTr="00F32AD2">
        <w:trPr>
          <w:cantSplit/>
          <w:jc w:val="center"/>
        </w:trPr>
        <w:tc>
          <w:tcPr>
            <w:tcW w:w="47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5972059" w14:textId="77777777" w:rsidR="00D7232F" w:rsidRPr="00463DE2" w:rsidRDefault="00DA6FDF">
            <w:pPr>
              <w:jc w:val="center"/>
              <w:rPr>
                <w:color w:val="auto"/>
                <w:lang w:eastAsia="zh-TW"/>
              </w:rPr>
            </w:pPr>
            <w:r w:rsidRPr="00463DE2">
              <w:rPr>
                <w:color w:val="auto"/>
              </w:rPr>
              <w:t>13</w:t>
            </w:r>
          </w:p>
        </w:tc>
        <w:tc>
          <w:tcPr>
            <w:tcW w:w="9581" w:type="dxa"/>
            <w:gridSpan w:val="2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61C0A982" w14:textId="75A3BBA2" w:rsidR="00BB63BC" w:rsidRPr="00463DE2" w:rsidRDefault="008C7F73">
            <w:pPr>
              <w:spacing w:after="20" w:line="240" w:lineRule="auto"/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11</w:t>
            </w:r>
            <w:r w:rsidR="004C4A73">
              <w:rPr>
                <w:rFonts w:hint="eastAsia"/>
                <w:b/>
                <w:color w:val="auto"/>
                <w:szCs w:val="24"/>
                <w:lang w:eastAsia="zh-TW"/>
              </w:rPr>
              <w:t>5</w:t>
            </w:r>
            <w:r w:rsidRPr="00463DE2">
              <w:rPr>
                <w:b/>
                <w:color w:val="auto"/>
                <w:szCs w:val="24"/>
                <w:lang w:eastAsia="zh-TW"/>
              </w:rPr>
              <w:t>學年度第</w:t>
            </w:r>
            <w:r w:rsidR="004C4A73">
              <w:rPr>
                <w:rFonts w:hint="eastAsia"/>
                <w:b/>
                <w:color w:val="auto"/>
                <w:szCs w:val="24"/>
                <w:lang w:eastAsia="zh-TW"/>
              </w:rPr>
              <w:t>1</w:t>
            </w:r>
            <w:r w:rsidRPr="00463DE2">
              <w:rPr>
                <w:b/>
                <w:color w:val="auto"/>
                <w:szCs w:val="24"/>
                <w:lang w:eastAsia="zh-TW"/>
              </w:rPr>
              <w:t>學期，您是否曾教授主要任教領域或科別以外之課程</w:t>
            </w:r>
            <w:r w:rsidR="00BA4176" w:rsidRPr="00463DE2">
              <w:rPr>
                <w:rFonts w:hint="eastAsia"/>
                <w:b/>
                <w:color w:val="auto"/>
                <w:szCs w:val="24"/>
                <w:lang w:eastAsia="zh-TW"/>
              </w:rPr>
              <w:t>？</w:t>
            </w:r>
          </w:p>
          <w:p w14:paraId="3733BC64" w14:textId="77777777" w:rsidR="00BB63BC" w:rsidRPr="00463DE2" w:rsidRDefault="008C7F73">
            <w:pPr>
              <w:spacing w:after="0" w:line="240" w:lineRule="auto"/>
              <w:rPr>
                <w:color w:val="auto"/>
                <w:lang w:eastAsia="zh-TW"/>
              </w:rPr>
            </w:pPr>
            <w:proofErr w:type="gramStart"/>
            <w:r w:rsidRPr="00463DE2">
              <w:rPr>
                <w:color w:val="auto"/>
                <w:szCs w:val="24"/>
                <w:lang w:eastAsia="zh-TW"/>
              </w:rPr>
              <w:t>□否</w:t>
            </w:r>
            <w:proofErr w:type="gramEnd"/>
            <w:r w:rsidRPr="00463DE2">
              <w:rPr>
                <w:color w:val="auto"/>
                <w:szCs w:val="24"/>
                <w:lang w:eastAsia="zh-TW"/>
              </w:rPr>
              <w:t xml:space="preserve">  □是  </w:t>
            </w:r>
          </w:p>
        </w:tc>
      </w:tr>
      <w:tr w:rsidR="009B43D8" w:rsidRPr="00463DE2" w14:paraId="01D3CCD9" w14:textId="77777777" w:rsidTr="00F32AD2">
        <w:trPr>
          <w:cantSplit/>
          <w:jc w:val="center"/>
        </w:trPr>
        <w:tc>
          <w:tcPr>
            <w:tcW w:w="47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00603D5" w14:textId="77777777" w:rsidR="009B43D8" w:rsidRPr="00463DE2" w:rsidRDefault="009B43D8" w:rsidP="00A84199">
            <w:pPr>
              <w:jc w:val="center"/>
              <w:rPr>
                <w:color w:val="auto"/>
                <w:lang w:eastAsia="zh-TW"/>
              </w:rPr>
            </w:pPr>
            <w:r w:rsidRPr="00463DE2">
              <w:rPr>
                <w:color w:val="auto"/>
              </w:rPr>
              <w:t>14</w:t>
            </w:r>
          </w:p>
        </w:tc>
        <w:tc>
          <w:tcPr>
            <w:tcW w:w="9581" w:type="dxa"/>
            <w:gridSpan w:val="2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61CDDC37" w14:textId="1551BAC4" w:rsidR="002A0EA4" w:rsidRPr="00463DE2" w:rsidRDefault="00000000">
            <w:pPr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lang w:eastAsia="zh-TW"/>
              </w:rPr>
              <w:t>11</w:t>
            </w:r>
            <w:r w:rsidR="004C4A73">
              <w:rPr>
                <w:rFonts w:hint="eastAsia"/>
                <w:b/>
                <w:color w:val="auto"/>
                <w:lang w:eastAsia="zh-TW"/>
              </w:rPr>
              <w:t>5</w:t>
            </w:r>
            <w:r w:rsidRPr="00463DE2">
              <w:rPr>
                <w:b/>
                <w:color w:val="auto"/>
                <w:lang w:eastAsia="zh-TW"/>
              </w:rPr>
              <w:t>學年度第</w:t>
            </w:r>
            <w:r w:rsidR="004C4A73">
              <w:rPr>
                <w:rFonts w:hint="eastAsia"/>
                <w:b/>
                <w:color w:val="auto"/>
                <w:lang w:eastAsia="zh-TW"/>
              </w:rPr>
              <w:t>1</w:t>
            </w:r>
            <w:r w:rsidRPr="00463DE2">
              <w:rPr>
                <w:b/>
                <w:color w:val="auto"/>
                <w:lang w:eastAsia="zh-TW"/>
              </w:rPr>
              <w:t>學期，您是否有超鐘點授課？</w:t>
            </w:r>
          </w:p>
          <w:p w14:paraId="31862204" w14:textId="77777777" w:rsidR="002A0EA4" w:rsidRPr="00463DE2" w:rsidRDefault="00000000">
            <w:pPr>
              <w:rPr>
                <w:color w:val="auto"/>
              </w:rPr>
            </w:pPr>
            <w:r w:rsidRPr="00463DE2">
              <w:rPr>
                <w:color w:val="auto"/>
              </w:rPr>
              <w:t>□</w:t>
            </w:r>
            <w:proofErr w:type="gramStart"/>
            <w:r w:rsidRPr="00463DE2">
              <w:rPr>
                <w:color w:val="auto"/>
              </w:rPr>
              <w:t>否  □</w:t>
            </w:r>
            <w:proofErr w:type="gramEnd"/>
            <w:r w:rsidRPr="00463DE2">
              <w:rPr>
                <w:color w:val="auto"/>
              </w:rPr>
              <w:t>是</w:t>
            </w:r>
          </w:p>
        </w:tc>
      </w:tr>
      <w:tr w:rsidR="009B43D8" w:rsidRPr="00463DE2" w14:paraId="3939826F" w14:textId="77777777" w:rsidTr="00F32AD2">
        <w:trPr>
          <w:cantSplit/>
          <w:jc w:val="center"/>
        </w:trPr>
        <w:tc>
          <w:tcPr>
            <w:tcW w:w="47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56648B2" w14:textId="77777777" w:rsidR="009B43D8" w:rsidRPr="00463DE2" w:rsidRDefault="009B43D8" w:rsidP="00A84199">
            <w:pPr>
              <w:jc w:val="center"/>
              <w:rPr>
                <w:color w:val="auto"/>
                <w:lang w:eastAsia="zh-TW"/>
              </w:rPr>
            </w:pPr>
            <w:r w:rsidRPr="00463DE2">
              <w:rPr>
                <w:color w:val="auto"/>
              </w:rPr>
              <w:t>15</w:t>
            </w:r>
          </w:p>
        </w:tc>
        <w:tc>
          <w:tcPr>
            <w:tcW w:w="9581" w:type="dxa"/>
            <w:gridSpan w:val="2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2FFFA06C" w14:textId="1368FC4F" w:rsidR="009B43D8" w:rsidRPr="00463DE2" w:rsidRDefault="009B43D8" w:rsidP="00A84199">
            <w:pPr>
              <w:spacing w:after="20" w:line="240" w:lineRule="auto"/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超鐘點授課</w:t>
            </w:r>
            <w:r w:rsidR="0060183D" w:rsidRPr="00463DE2">
              <w:rPr>
                <w:rFonts w:hint="eastAsia"/>
                <w:b/>
                <w:color w:val="auto"/>
                <w:szCs w:val="24"/>
                <w:lang w:eastAsia="zh-TW"/>
              </w:rPr>
              <w:t>的</w:t>
            </w:r>
            <w:r w:rsidRPr="00463DE2">
              <w:rPr>
                <w:b/>
                <w:color w:val="auto"/>
                <w:szCs w:val="24"/>
                <w:lang w:eastAsia="zh-TW"/>
              </w:rPr>
              <w:t>安排與您的意願最接近下列何者？</w:t>
            </w:r>
          </w:p>
          <w:p w14:paraId="7CBA0BD9" w14:textId="77777777" w:rsidR="009B43D8" w:rsidRPr="00463DE2" w:rsidRDefault="009B43D8" w:rsidP="00A84199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□主動自願  □經溝通後同意  □原不願意，但因課</w:t>
            </w:r>
            <w:proofErr w:type="gramStart"/>
            <w:r w:rsidRPr="00463DE2">
              <w:rPr>
                <w:color w:val="auto"/>
                <w:szCs w:val="24"/>
                <w:lang w:eastAsia="zh-TW"/>
              </w:rPr>
              <w:t>務</w:t>
            </w:r>
            <w:proofErr w:type="gramEnd"/>
            <w:r w:rsidRPr="00463DE2">
              <w:rPr>
                <w:color w:val="auto"/>
                <w:szCs w:val="24"/>
                <w:lang w:eastAsia="zh-TW"/>
              </w:rPr>
              <w:t xml:space="preserve">或人力需要而接受  </w:t>
            </w:r>
          </w:p>
          <w:p w14:paraId="08658204" w14:textId="77777777" w:rsidR="009B43D8" w:rsidRPr="00463DE2" w:rsidRDefault="009B43D8" w:rsidP="00A84199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□直接指派或實際上難以拒絕  □不適用－沒有超鐘點授課</w:t>
            </w:r>
          </w:p>
        </w:tc>
      </w:tr>
      <w:tr w:rsidR="009B43D8" w:rsidRPr="00463DE2" w14:paraId="14A59EBD" w14:textId="77777777" w:rsidTr="00F32AD2">
        <w:trPr>
          <w:cantSplit/>
          <w:jc w:val="center"/>
        </w:trPr>
        <w:tc>
          <w:tcPr>
            <w:tcW w:w="47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E4DB1E4" w14:textId="77777777" w:rsidR="009B43D8" w:rsidRPr="00463DE2" w:rsidRDefault="009B43D8" w:rsidP="00A84199">
            <w:pPr>
              <w:jc w:val="center"/>
              <w:rPr>
                <w:color w:val="auto"/>
                <w:lang w:eastAsia="zh-TW"/>
              </w:rPr>
            </w:pPr>
            <w:r w:rsidRPr="00463DE2">
              <w:rPr>
                <w:color w:val="auto"/>
              </w:rPr>
              <w:t>16</w:t>
            </w:r>
          </w:p>
        </w:tc>
        <w:tc>
          <w:tcPr>
            <w:tcW w:w="9581" w:type="dxa"/>
            <w:gridSpan w:val="2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35AE624D" w14:textId="4F0682DA" w:rsidR="009B43D8" w:rsidRPr="00463DE2" w:rsidRDefault="009B43D8" w:rsidP="00A84199">
            <w:pPr>
              <w:spacing w:after="20" w:line="240" w:lineRule="auto"/>
              <w:rPr>
                <w:b/>
                <w:color w:val="auto"/>
                <w:lang w:eastAsia="zh-TW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11</w:t>
            </w:r>
            <w:r w:rsidR="004C4A73">
              <w:rPr>
                <w:rFonts w:hint="eastAsia"/>
                <w:b/>
                <w:color w:val="auto"/>
                <w:szCs w:val="24"/>
                <w:lang w:eastAsia="zh-TW"/>
              </w:rPr>
              <w:t>5</w:t>
            </w:r>
            <w:r w:rsidRPr="00463DE2">
              <w:rPr>
                <w:b/>
                <w:color w:val="auto"/>
                <w:szCs w:val="24"/>
                <w:lang w:eastAsia="zh-TW"/>
              </w:rPr>
              <w:t>學年度第</w:t>
            </w:r>
            <w:r w:rsidR="004C4A73">
              <w:rPr>
                <w:rFonts w:hint="eastAsia"/>
                <w:b/>
                <w:color w:val="auto"/>
                <w:szCs w:val="24"/>
                <w:lang w:eastAsia="zh-TW"/>
              </w:rPr>
              <w:t>1</w:t>
            </w:r>
            <w:r w:rsidRPr="00463DE2">
              <w:rPr>
                <w:b/>
                <w:color w:val="auto"/>
                <w:szCs w:val="24"/>
                <w:lang w:eastAsia="zh-TW"/>
              </w:rPr>
              <w:t>學期，您平均每週超鐘點授課約多少節？</w:t>
            </w:r>
          </w:p>
          <w:p w14:paraId="7DFE0227" w14:textId="77777777" w:rsidR="009B43D8" w:rsidRPr="00463DE2" w:rsidRDefault="009B43D8" w:rsidP="00EC5F74">
            <w:pPr>
              <w:spacing w:after="0" w:line="240" w:lineRule="auto"/>
              <w:rPr>
                <w:bCs/>
                <w:color w:val="auto"/>
                <w:lang w:eastAsia="zh-TW"/>
              </w:rPr>
            </w:pPr>
            <w:r w:rsidRPr="00463DE2">
              <w:rPr>
                <w:bCs/>
                <w:color w:val="auto"/>
                <w:szCs w:val="24"/>
                <w:lang w:eastAsia="zh-TW"/>
              </w:rPr>
              <w:t>□未滿3節</w:t>
            </w:r>
            <w:r w:rsidR="00EC5F74" w:rsidRPr="00463DE2">
              <w:rPr>
                <w:rFonts w:hint="eastAsia"/>
                <w:bCs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bCs/>
                <w:color w:val="auto"/>
                <w:szCs w:val="24"/>
                <w:lang w:eastAsia="zh-TW"/>
              </w:rPr>
              <w:t>□3至6節</w:t>
            </w:r>
            <w:r w:rsidR="00EC5F74" w:rsidRPr="00463DE2">
              <w:rPr>
                <w:rFonts w:hint="eastAsia"/>
                <w:bCs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bCs/>
                <w:color w:val="auto"/>
                <w:szCs w:val="24"/>
                <w:lang w:eastAsia="zh-TW"/>
              </w:rPr>
              <w:t>□</w:t>
            </w:r>
            <w:r w:rsidR="00EC5F74" w:rsidRPr="00463DE2">
              <w:rPr>
                <w:rFonts w:hint="eastAsia"/>
                <w:bCs/>
                <w:color w:val="auto"/>
                <w:szCs w:val="24"/>
                <w:lang w:eastAsia="zh-TW"/>
              </w:rPr>
              <w:t>7</w:t>
            </w:r>
            <w:r w:rsidRPr="00463DE2">
              <w:rPr>
                <w:bCs/>
                <w:color w:val="auto"/>
                <w:szCs w:val="24"/>
                <w:lang w:eastAsia="zh-TW"/>
              </w:rPr>
              <w:t>至9節</w:t>
            </w:r>
            <w:r w:rsidR="00EC5F74" w:rsidRPr="00463DE2">
              <w:rPr>
                <w:rFonts w:hint="eastAsia"/>
                <w:bCs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bCs/>
                <w:color w:val="auto"/>
                <w:szCs w:val="24"/>
                <w:lang w:eastAsia="zh-TW"/>
              </w:rPr>
              <w:t>□</w:t>
            </w:r>
            <w:r w:rsidR="00EC5F74" w:rsidRPr="00463DE2">
              <w:rPr>
                <w:rFonts w:hint="eastAsia"/>
                <w:bCs/>
                <w:color w:val="auto"/>
                <w:szCs w:val="24"/>
                <w:lang w:eastAsia="zh-TW"/>
              </w:rPr>
              <w:t xml:space="preserve">10節以上  </w:t>
            </w:r>
            <w:r w:rsidRPr="00463DE2">
              <w:rPr>
                <w:bCs/>
                <w:color w:val="auto"/>
                <w:szCs w:val="24"/>
                <w:lang w:eastAsia="zh-TW"/>
              </w:rPr>
              <w:t>□不適用－沒有超鐘點授課</w:t>
            </w:r>
          </w:p>
        </w:tc>
      </w:tr>
      <w:tr w:rsidR="009B43D8" w:rsidRPr="00463DE2" w14:paraId="504000E9" w14:textId="77777777" w:rsidTr="00F32AD2">
        <w:trPr>
          <w:cantSplit/>
          <w:jc w:val="center"/>
        </w:trPr>
        <w:tc>
          <w:tcPr>
            <w:tcW w:w="47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0C762D9" w14:textId="77777777" w:rsidR="00B24943" w:rsidRPr="00463DE2" w:rsidRDefault="00000000">
            <w:pPr>
              <w:rPr>
                <w:color w:val="auto"/>
              </w:rPr>
            </w:pPr>
            <w:r w:rsidRPr="00463DE2">
              <w:rPr>
                <w:color w:val="auto"/>
              </w:rPr>
              <w:lastRenderedPageBreak/>
              <w:t>17</w:t>
            </w:r>
          </w:p>
        </w:tc>
        <w:tc>
          <w:tcPr>
            <w:tcW w:w="9581" w:type="dxa"/>
            <w:gridSpan w:val="2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6C27DC6C" w14:textId="77777777" w:rsidR="00B24943" w:rsidRPr="00463DE2" w:rsidRDefault="00000000">
            <w:pPr>
              <w:rPr>
                <w:bCs/>
                <w:color w:val="auto"/>
                <w:lang w:eastAsia="zh-TW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如有超鐘點授課，主要原因為何？（可複選）</w:t>
            </w:r>
            <w:r w:rsidRPr="00463DE2">
              <w:rPr>
                <w:bCs/>
                <w:color w:val="auto"/>
                <w:szCs w:val="24"/>
                <w:lang w:eastAsia="zh-TW"/>
              </w:rPr>
              <w:br/>
              <w:t>□教師缺額未補實</w:t>
            </w:r>
            <w:r w:rsidR="00FA5221" w:rsidRPr="00463DE2">
              <w:rPr>
                <w:rFonts w:hint="eastAsia"/>
                <w:bCs/>
                <w:color w:val="auto"/>
                <w:szCs w:val="24"/>
                <w:lang w:eastAsia="zh-TW"/>
              </w:rPr>
              <w:t xml:space="preserve">    </w:t>
            </w:r>
            <w:r w:rsidRPr="00463DE2">
              <w:rPr>
                <w:bCs/>
                <w:color w:val="auto"/>
                <w:szCs w:val="24"/>
                <w:lang w:eastAsia="zh-TW"/>
              </w:rPr>
              <w:t>□教師請假需代課</w:t>
            </w:r>
            <w:r w:rsidR="00FA5221" w:rsidRPr="00463DE2">
              <w:rPr>
                <w:rFonts w:hint="eastAsia"/>
                <w:bCs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bCs/>
                <w:color w:val="auto"/>
                <w:szCs w:val="24"/>
                <w:lang w:eastAsia="zh-TW"/>
              </w:rPr>
              <w:t>□兼任行政</w:t>
            </w:r>
            <w:proofErr w:type="gramStart"/>
            <w:r w:rsidRPr="00463DE2">
              <w:rPr>
                <w:bCs/>
                <w:color w:val="auto"/>
                <w:szCs w:val="24"/>
                <w:lang w:eastAsia="zh-TW"/>
              </w:rPr>
              <w:t>減授後課務需</w:t>
            </w:r>
            <w:proofErr w:type="gramEnd"/>
            <w:r w:rsidRPr="00463DE2">
              <w:rPr>
                <w:bCs/>
                <w:color w:val="auto"/>
                <w:szCs w:val="24"/>
                <w:lang w:eastAsia="zh-TW"/>
              </w:rPr>
              <w:t>有人承接</w:t>
            </w:r>
            <w:r w:rsidRPr="00463DE2">
              <w:rPr>
                <w:bCs/>
                <w:color w:val="auto"/>
                <w:szCs w:val="24"/>
                <w:lang w:eastAsia="zh-TW"/>
              </w:rPr>
              <w:br/>
              <w:t>□特定領域師資不足</w:t>
            </w:r>
            <w:r w:rsidR="00FA5221" w:rsidRPr="00463DE2">
              <w:rPr>
                <w:rFonts w:hint="eastAsia"/>
                <w:bCs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bCs/>
                <w:color w:val="auto"/>
                <w:szCs w:val="24"/>
                <w:lang w:eastAsia="zh-TW"/>
              </w:rPr>
              <w:t>□其他：_</w:t>
            </w:r>
            <w:r w:rsidR="00FA5221" w:rsidRPr="00463DE2">
              <w:rPr>
                <w:rFonts w:hint="eastAsia"/>
                <w:bCs/>
                <w:color w:val="auto"/>
                <w:szCs w:val="24"/>
                <w:lang w:eastAsia="zh-TW"/>
              </w:rPr>
              <w:t>___</w:t>
            </w:r>
            <w:r w:rsidRPr="00463DE2">
              <w:rPr>
                <w:bCs/>
                <w:color w:val="auto"/>
                <w:szCs w:val="24"/>
                <w:lang w:eastAsia="zh-TW"/>
              </w:rPr>
              <w:t>____</w:t>
            </w:r>
            <w:r w:rsidR="00FA5221" w:rsidRPr="00463DE2">
              <w:rPr>
                <w:rFonts w:hint="eastAsia"/>
                <w:bCs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bCs/>
                <w:color w:val="auto"/>
                <w:szCs w:val="24"/>
                <w:lang w:eastAsia="zh-TW"/>
              </w:rPr>
              <w:t>□</w:t>
            </w:r>
            <w:proofErr w:type="gramStart"/>
            <w:r w:rsidRPr="00463DE2">
              <w:rPr>
                <w:bCs/>
                <w:color w:val="auto"/>
                <w:szCs w:val="24"/>
                <w:lang w:eastAsia="zh-TW"/>
              </w:rPr>
              <w:t>不適用－無超</w:t>
            </w:r>
            <w:proofErr w:type="gramEnd"/>
            <w:r w:rsidRPr="00463DE2">
              <w:rPr>
                <w:bCs/>
                <w:color w:val="auto"/>
                <w:szCs w:val="24"/>
                <w:lang w:eastAsia="zh-TW"/>
              </w:rPr>
              <w:t>鐘點授課</w:t>
            </w:r>
          </w:p>
        </w:tc>
      </w:tr>
    </w:tbl>
    <w:p w14:paraId="426FD737" w14:textId="77777777" w:rsidR="00BB63BC" w:rsidRPr="001E00C2" w:rsidRDefault="008C7F73" w:rsidP="001E00C2">
      <w:pPr>
        <w:keepNext/>
        <w:spacing w:line="240" w:lineRule="auto"/>
        <w:rPr>
          <w:b/>
          <w:color w:val="auto"/>
          <w:szCs w:val="24"/>
          <w:lang w:eastAsia="zh-TW"/>
        </w:rPr>
      </w:pPr>
      <w:r w:rsidRPr="00463DE2">
        <w:rPr>
          <w:b/>
          <w:color w:val="auto"/>
          <w:szCs w:val="24"/>
          <w:lang w:eastAsia="zh-TW"/>
        </w:rPr>
        <w:t xml:space="preserve"> 兼任行政職務</w:t>
      </w:r>
    </w:p>
    <w:tbl>
      <w:tblPr>
        <w:tblW w:w="10201" w:type="dxa"/>
        <w:jc w:val="center"/>
        <w:tblLayout w:type="fixed"/>
        <w:tblLook w:val="04A0" w:firstRow="1" w:lastRow="0" w:firstColumn="1" w:lastColumn="0" w:noHBand="0" w:noVBand="1"/>
      </w:tblPr>
      <w:tblGrid>
        <w:gridCol w:w="486"/>
        <w:gridCol w:w="9715"/>
      </w:tblGrid>
      <w:tr w:rsidR="00BB63BC" w:rsidRPr="00463DE2" w14:paraId="3C33EE2F" w14:textId="77777777" w:rsidTr="00F32AD2">
        <w:trPr>
          <w:cantSplit/>
          <w:jc w:val="center"/>
        </w:trPr>
        <w:tc>
          <w:tcPr>
            <w:tcW w:w="454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7A03A63" w14:textId="77777777" w:rsidR="00D7232F" w:rsidRPr="00463DE2" w:rsidRDefault="00DA6FDF">
            <w:pPr>
              <w:jc w:val="center"/>
              <w:rPr>
                <w:color w:val="auto"/>
                <w:lang w:eastAsia="zh-TW"/>
              </w:rPr>
            </w:pPr>
            <w:r w:rsidRPr="00463DE2">
              <w:rPr>
                <w:color w:val="auto"/>
              </w:rPr>
              <w:t>18</w:t>
            </w:r>
          </w:p>
        </w:tc>
        <w:tc>
          <w:tcPr>
            <w:tcW w:w="9072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38ECC6E6" w14:textId="6C050EFB" w:rsidR="00BB63BC" w:rsidRPr="00463DE2" w:rsidRDefault="008C7F73">
            <w:pPr>
              <w:spacing w:after="20" w:line="240" w:lineRule="auto"/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11</w:t>
            </w:r>
            <w:r w:rsidR="004C4A73">
              <w:rPr>
                <w:rFonts w:hint="eastAsia"/>
                <w:b/>
                <w:color w:val="auto"/>
                <w:szCs w:val="24"/>
                <w:lang w:eastAsia="zh-TW"/>
              </w:rPr>
              <w:t>5</w:t>
            </w:r>
            <w:r w:rsidRPr="00463DE2">
              <w:rPr>
                <w:b/>
                <w:color w:val="auto"/>
                <w:szCs w:val="24"/>
                <w:lang w:eastAsia="zh-TW"/>
              </w:rPr>
              <w:t>學年度第</w:t>
            </w:r>
            <w:r w:rsidR="004C4A73">
              <w:rPr>
                <w:rFonts w:hint="eastAsia"/>
                <w:b/>
                <w:color w:val="auto"/>
                <w:szCs w:val="24"/>
                <w:lang w:eastAsia="zh-TW"/>
              </w:rPr>
              <w:t>1</w:t>
            </w:r>
            <w:r w:rsidRPr="00463DE2">
              <w:rPr>
                <w:b/>
                <w:color w:val="auto"/>
                <w:szCs w:val="24"/>
                <w:lang w:eastAsia="zh-TW"/>
              </w:rPr>
              <w:t>學期是否兼任行政職務</w:t>
            </w:r>
            <w:r w:rsidR="0029542E">
              <w:rPr>
                <w:rFonts w:hint="eastAsia"/>
                <w:b/>
                <w:color w:val="auto"/>
                <w:szCs w:val="24"/>
                <w:lang w:eastAsia="zh-TW"/>
              </w:rPr>
              <w:t>？</w:t>
            </w:r>
          </w:p>
          <w:p w14:paraId="6E9744B6" w14:textId="77777777" w:rsidR="004B14F4" w:rsidRPr="00463DE2" w:rsidRDefault="00FA5221" w:rsidP="004D2402">
            <w:pPr>
              <w:spacing w:after="0" w:line="240" w:lineRule="auto"/>
              <w:rPr>
                <w:color w:val="auto"/>
                <w:lang w:eastAsia="zh-TW"/>
              </w:rPr>
            </w:pPr>
            <w:proofErr w:type="gramStart"/>
            <w:r w:rsidRPr="00463DE2">
              <w:rPr>
                <w:color w:val="auto"/>
                <w:szCs w:val="24"/>
                <w:lang w:eastAsia="zh-TW"/>
              </w:rPr>
              <w:t>□否</w:t>
            </w:r>
            <w:proofErr w:type="gramEnd"/>
            <w:r w:rsidRPr="00463DE2">
              <w:rPr>
                <w:color w:val="auto"/>
                <w:szCs w:val="24"/>
                <w:lang w:eastAsia="zh-TW"/>
              </w:rPr>
              <w:t xml:space="preserve">  □是  </w:t>
            </w:r>
          </w:p>
        </w:tc>
      </w:tr>
      <w:tr w:rsidR="00BB63BC" w:rsidRPr="00463DE2" w14:paraId="70F56B71" w14:textId="77777777" w:rsidTr="00F32AD2">
        <w:trPr>
          <w:cantSplit/>
          <w:jc w:val="center"/>
        </w:trPr>
        <w:tc>
          <w:tcPr>
            <w:tcW w:w="454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F45427D" w14:textId="77777777" w:rsidR="00D7232F" w:rsidRPr="00463DE2" w:rsidRDefault="00DA6FDF">
            <w:pPr>
              <w:jc w:val="center"/>
              <w:rPr>
                <w:color w:val="auto"/>
                <w:lang w:eastAsia="zh-TW"/>
              </w:rPr>
            </w:pPr>
            <w:r w:rsidRPr="00463DE2">
              <w:rPr>
                <w:color w:val="auto"/>
              </w:rPr>
              <w:t>19</w:t>
            </w:r>
          </w:p>
        </w:tc>
        <w:tc>
          <w:tcPr>
            <w:tcW w:w="9072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0F147ED8" w14:textId="77777777" w:rsidR="00BB63BC" w:rsidRPr="00463DE2" w:rsidRDefault="008C7F73">
            <w:pPr>
              <w:spacing w:after="20" w:line="240" w:lineRule="auto"/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兼任行政職務的安排與您的意願最接近下列何者</w:t>
            </w:r>
            <w:r w:rsidR="00F32AD2" w:rsidRPr="00463DE2">
              <w:rPr>
                <w:b/>
                <w:color w:val="auto"/>
                <w:szCs w:val="24"/>
                <w:lang w:eastAsia="zh-TW"/>
              </w:rPr>
              <w:t>？</w:t>
            </w:r>
          </w:p>
          <w:p w14:paraId="2052D83F" w14:textId="77777777" w:rsidR="004B14F4" w:rsidRPr="00463DE2" w:rsidRDefault="008C7F73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□主動自願  □經溝通後同意  □原不願意但因課</w:t>
            </w:r>
            <w:proofErr w:type="gramStart"/>
            <w:r w:rsidRPr="00463DE2">
              <w:rPr>
                <w:color w:val="auto"/>
                <w:szCs w:val="24"/>
                <w:lang w:eastAsia="zh-TW"/>
              </w:rPr>
              <w:t>務</w:t>
            </w:r>
            <w:proofErr w:type="gramEnd"/>
            <w:r w:rsidRPr="00463DE2">
              <w:rPr>
                <w:color w:val="auto"/>
                <w:szCs w:val="24"/>
                <w:lang w:eastAsia="zh-TW"/>
              </w:rPr>
              <w:t xml:space="preserve">或人力需要而接受  </w:t>
            </w:r>
          </w:p>
          <w:p w14:paraId="253EB012" w14:textId="77777777" w:rsidR="00BB63BC" w:rsidRPr="00463DE2" w:rsidRDefault="008C7F73" w:rsidP="004B14F4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□直接指派或實際上難以拒絕  □不適用－沒有兼任行政職務  □其他：________</w:t>
            </w:r>
          </w:p>
        </w:tc>
      </w:tr>
      <w:tr w:rsidR="00BB63BC" w:rsidRPr="00463DE2" w14:paraId="6AF13AAE" w14:textId="77777777" w:rsidTr="00F32AD2">
        <w:trPr>
          <w:cantSplit/>
          <w:jc w:val="center"/>
        </w:trPr>
        <w:tc>
          <w:tcPr>
            <w:tcW w:w="454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227C424" w14:textId="77777777" w:rsidR="00D7232F" w:rsidRPr="00463DE2" w:rsidRDefault="004D2402">
            <w:pPr>
              <w:jc w:val="center"/>
              <w:rPr>
                <w:color w:val="auto"/>
              </w:rPr>
            </w:pPr>
            <w:r w:rsidRPr="00463DE2">
              <w:rPr>
                <w:color w:val="auto"/>
              </w:rPr>
              <w:t>20</w:t>
            </w:r>
          </w:p>
        </w:tc>
        <w:tc>
          <w:tcPr>
            <w:tcW w:w="9072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1A9C56BF" w14:textId="77777777" w:rsidR="00BB63BC" w:rsidRPr="00463DE2" w:rsidRDefault="008C7F73">
            <w:pPr>
              <w:spacing w:after="20" w:line="240" w:lineRule="auto"/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兼任行政職務後，學校是否有相應之減授課或工作調整？</w:t>
            </w:r>
          </w:p>
          <w:p w14:paraId="7AB8A3AB" w14:textId="77777777" w:rsidR="00DA6FDF" w:rsidRPr="00463DE2" w:rsidRDefault="008C7F73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□有</w:t>
            </w:r>
            <w:proofErr w:type="gramStart"/>
            <w:r w:rsidRPr="00463DE2">
              <w:rPr>
                <w:color w:val="auto"/>
                <w:szCs w:val="24"/>
                <w:lang w:eastAsia="zh-TW"/>
              </w:rPr>
              <w:t>減授基本</w:t>
            </w:r>
            <w:proofErr w:type="gramEnd"/>
            <w:r w:rsidRPr="00463DE2">
              <w:rPr>
                <w:color w:val="auto"/>
                <w:szCs w:val="24"/>
                <w:lang w:eastAsia="zh-TW"/>
              </w:rPr>
              <w:t xml:space="preserve">授課節數或其他工作調整，整體足夠  </w:t>
            </w:r>
          </w:p>
          <w:p w14:paraId="186BBF80" w14:textId="77777777" w:rsidR="001674A0" w:rsidRPr="00463DE2" w:rsidRDefault="008C7F73">
            <w:pPr>
              <w:spacing w:after="0" w:line="240" w:lineRule="auto"/>
              <w:rPr>
                <w:color w:val="auto"/>
                <w:sz w:val="16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□有</w:t>
            </w:r>
            <w:proofErr w:type="gramStart"/>
            <w:r w:rsidRPr="00463DE2">
              <w:rPr>
                <w:color w:val="auto"/>
                <w:szCs w:val="24"/>
                <w:lang w:eastAsia="zh-TW"/>
              </w:rPr>
              <w:t>減授基本</w:t>
            </w:r>
            <w:proofErr w:type="gramEnd"/>
            <w:r w:rsidRPr="00463DE2">
              <w:rPr>
                <w:color w:val="auto"/>
                <w:szCs w:val="24"/>
                <w:lang w:eastAsia="zh-TW"/>
              </w:rPr>
              <w:t xml:space="preserve">授課節數或其他工作調整，但整體仍不足  □未有減授課或其他工作調整  </w:t>
            </w:r>
          </w:p>
          <w:p w14:paraId="789E4606" w14:textId="77777777" w:rsidR="00BB63BC" w:rsidRPr="00463DE2" w:rsidRDefault="008C7F73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□不適用－沒有兼任行政職務</w:t>
            </w:r>
          </w:p>
        </w:tc>
      </w:tr>
      <w:tr w:rsidR="00BB63BC" w:rsidRPr="00463DE2" w14:paraId="3EB14835" w14:textId="77777777" w:rsidTr="00F32AD2">
        <w:trPr>
          <w:cantSplit/>
          <w:jc w:val="center"/>
        </w:trPr>
        <w:tc>
          <w:tcPr>
            <w:tcW w:w="454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36511A2" w14:textId="77777777" w:rsidR="00B24943" w:rsidRPr="00463DE2" w:rsidRDefault="00000000">
            <w:pPr>
              <w:rPr>
                <w:color w:val="auto"/>
              </w:rPr>
            </w:pPr>
            <w:r w:rsidRPr="00463DE2">
              <w:rPr>
                <w:color w:val="auto"/>
              </w:rPr>
              <w:t>21</w:t>
            </w:r>
          </w:p>
        </w:tc>
        <w:tc>
          <w:tcPr>
            <w:tcW w:w="9072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17624766" w14:textId="41B865E5" w:rsidR="00B24943" w:rsidRPr="00463DE2" w:rsidRDefault="00000000" w:rsidP="00A0462E">
            <w:pPr>
              <w:spacing w:after="0" w:line="240" w:lineRule="auto"/>
              <w:rPr>
                <w:b/>
                <w:bCs/>
                <w:color w:val="auto"/>
                <w:szCs w:val="24"/>
                <w:lang w:eastAsia="zh-TW"/>
              </w:rPr>
            </w:pPr>
            <w:r w:rsidRPr="00463DE2">
              <w:rPr>
                <w:b/>
                <w:bCs/>
                <w:color w:val="auto"/>
                <w:szCs w:val="24"/>
                <w:lang w:eastAsia="zh-TW"/>
              </w:rPr>
              <w:t>11</w:t>
            </w:r>
            <w:r w:rsidR="004C4A73">
              <w:rPr>
                <w:rFonts w:hint="eastAsia"/>
                <w:b/>
                <w:bCs/>
                <w:color w:val="auto"/>
                <w:szCs w:val="24"/>
                <w:lang w:eastAsia="zh-TW"/>
              </w:rPr>
              <w:t>5</w:t>
            </w:r>
            <w:r w:rsidRPr="00463DE2">
              <w:rPr>
                <w:b/>
                <w:bCs/>
                <w:color w:val="auto"/>
                <w:szCs w:val="24"/>
                <w:lang w:eastAsia="zh-TW"/>
              </w:rPr>
              <w:t>學年度第</w:t>
            </w:r>
            <w:r w:rsidR="004C4A73">
              <w:rPr>
                <w:rFonts w:hint="eastAsia"/>
                <w:b/>
                <w:bCs/>
                <w:color w:val="auto"/>
                <w:szCs w:val="24"/>
                <w:lang w:eastAsia="zh-TW"/>
              </w:rPr>
              <w:t>1</w:t>
            </w:r>
            <w:r w:rsidRPr="00463DE2">
              <w:rPr>
                <w:b/>
                <w:bCs/>
                <w:color w:val="auto"/>
                <w:szCs w:val="24"/>
                <w:lang w:eastAsia="zh-TW"/>
              </w:rPr>
              <w:t>學期，您曾兼辦哪些行政或庶務工作？（可複選）</w:t>
            </w:r>
          </w:p>
          <w:p w14:paraId="3059DBD6" w14:textId="77777777" w:rsidR="00B24943" w:rsidRPr="00463DE2" w:rsidRDefault="00000000" w:rsidP="00A0462E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□公文處理及政令宣導</w:t>
            </w:r>
            <w:r w:rsidR="00316F74" w:rsidRPr="00463DE2">
              <w:rPr>
                <w:rFonts w:hint="eastAsia"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color w:val="auto"/>
                <w:szCs w:val="24"/>
                <w:lang w:eastAsia="zh-TW"/>
              </w:rPr>
              <w:t>□午餐秘書</w:t>
            </w:r>
            <w:r w:rsidR="00316F74" w:rsidRPr="00463DE2">
              <w:rPr>
                <w:rFonts w:hint="eastAsia"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color w:val="auto"/>
                <w:szCs w:val="24"/>
                <w:lang w:eastAsia="zh-TW"/>
              </w:rPr>
              <w:t>□其他採購或經費核銷</w:t>
            </w:r>
            <w:r w:rsidR="00316F74" w:rsidRPr="00463DE2">
              <w:rPr>
                <w:rFonts w:hint="eastAsia"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color w:val="auto"/>
                <w:szCs w:val="24"/>
                <w:lang w:eastAsia="zh-TW"/>
              </w:rPr>
              <w:t>□行政資料彙整及填報</w:t>
            </w:r>
          </w:p>
          <w:p w14:paraId="57A3B706" w14:textId="5A03D3FC" w:rsidR="00B24943" w:rsidRPr="00463DE2" w:rsidRDefault="00000000" w:rsidP="00D33416">
            <w:pPr>
              <w:spacing w:after="0" w:line="240" w:lineRule="auto"/>
              <w:rPr>
                <w:i/>
                <w:iCs/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□專案計畫、評鑑資料及成果報告</w:t>
            </w:r>
            <w:r w:rsidR="00316F74" w:rsidRPr="00463DE2">
              <w:rPr>
                <w:rFonts w:hint="eastAsia"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color w:val="auto"/>
                <w:szCs w:val="24"/>
                <w:lang w:eastAsia="zh-TW"/>
              </w:rPr>
              <w:t>□校外活動行政支援</w:t>
            </w:r>
            <w:r w:rsidR="00316F74" w:rsidRPr="00463DE2">
              <w:rPr>
                <w:rFonts w:hint="eastAsia"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color w:val="auto"/>
                <w:szCs w:val="24"/>
                <w:lang w:eastAsia="zh-TW"/>
              </w:rPr>
              <w:t>□校外交通導護</w:t>
            </w:r>
            <w:r w:rsidR="00316F74" w:rsidRPr="00463DE2">
              <w:rPr>
                <w:rFonts w:hint="eastAsia"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color w:val="auto"/>
                <w:szCs w:val="24"/>
                <w:lang w:eastAsia="zh-TW"/>
              </w:rPr>
              <w:t>□其他：</w:t>
            </w:r>
            <w:r w:rsidR="00CE2EB7" w:rsidRPr="00463DE2">
              <w:rPr>
                <w:rFonts w:hint="eastAsia"/>
                <w:color w:val="auto"/>
                <w:szCs w:val="24"/>
                <w:lang w:eastAsia="zh-TW"/>
              </w:rPr>
              <w:t>_</w:t>
            </w:r>
            <w:r w:rsidRPr="00463DE2">
              <w:rPr>
                <w:color w:val="auto"/>
                <w:szCs w:val="24"/>
                <w:lang w:eastAsia="zh-TW"/>
              </w:rPr>
              <w:t>__</w:t>
            </w:r>
            <w:r w:rsidR="00CE2EB7" w:rsidRPr="00463DE2">
              <w:rPr>
                <w:rFonts w:hint="eastAsia"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color w:val="auto"/>
                <w:szCs w:val="24"/>
                <w:lang w:eastAsia="zh-TW"/>
              </w:rPr>
              <w:t>□</w:t>
            </w:r>
            <w:r w:rsidR="00316F74" w:rsidRPr="00463DE2">
              <w:rPr>
                <w:rFonts w:hint="eastAsia"/>
                <w:color w:val="auto"/>
                <w:szCs w:val="24"/>
                <w:lang w:eastAsia="zh-TW"/>
              </w:rPr>
              <w:t>無</w:t>
            </w:r>
            <w:r w:rsidR="00316F74" w:rsidRPr="00463DE2">
              <w:rPr>
                <w:color w:val="auto"/>
                <w:szCs w:val="24"/>
                <w:lang w:eastAsia="zh-TW"/>
              </w:rPr>
              <w:t>－沒有兼任行政或庶務工作</w:t>
            </w:r>
          </w:p>
        </w:tc>
      </w:tr>
      <w:tr w:rsidR="00BB63BC" w:rsidRPr="00463DE2" w14:paraId="69C66AD1" w14:textId="77777777" w:rsidTr="00F32AD2">
        <w:trPr>
          <w:cantSplit/>
          <w:jc w:val="center"/>
        </w:trPr>
        <w:tc>
          <w:tcPr>
            <w:tcW w:w="454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22C00BB" w14:textId="77777777" w:rsidR="00B24943" w:rsidRPr="00463DE2" w:rsidRDefault="00000000">
            <w:pPr>
              <w:rPr>
                <w:color w:val="auto"/>
              </w:rPr>
            </w:pPr>
            <w:r w:rsidRPr="00463DE2">
              <w:rPr>
                <w:color w:val="auto"/>
              </w:rPr>
              <w:t>22</w:t>
            </w:r>
          </w:p>
        </w:tc>
        <w:tc>
          <w:tcPr>
            <w:tcW w:w="9072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5D24D9DA" w14:textId="2B01978B" w:rsidR="00B24943" w:rsidRPr="00463DE2" w:rsidRDefault="00F75B8B" w:rsidP="00A0462E">
            <w:pPr>
              <w:spacing w:after="20" w:line="240" w:lineRule="auto"/>
              <w:rPr>
                <w:color w:val="auto"/>
                <w:lang w:eastAsia="zh-TW"/>
              </w:rPr>
            </w:pPr>
            <w:r w:rsidRPr="00463DE2">
              <w:rPr>
                <w:rFonts w:hint="eastAsia"/>
                <w:b/>
                <w:color w:val="auto"/>
                <w:szCs w:val="24"/>
                <w:lang w:eastAsia="zh-TW"/>
              </w:rPr>
              <w:t>如兼辦行政或庶務工作，</w:t>
            </w:r>
            <w:r w:rsidRPr="00463DE2">
              <w:rPr>
                <w:b/>
                <w:color w:val="auto"/>
                <w:szCs w:val="24"/>
                <w:lang w:eastAsia="zh-TW"/>
              </w:rPr>
              <w:t>11</w:t>
            </w:r>
            <w:r w:rsidR="004C4A73">
              <w:rPr>
                <w:rFonts w:hint="eastAsia"/>
                <w:b/>
                <w:color w:val="auto"/>
                <w:szCs w:val="24"/>
                <w:lang w:eastAsia="zh-TW"/>
              </w:rPr>
              <w:t>5</w:t>
            </w:r>
            <w:r w:rsidRPr="00463DE2">
              <w:rPr>
                <w:b/>
                <w:color w:val="auto"/>
                <w:szCs w:val="24"/>
                <w:lang w:eastAsia="zh-TW"/>
              </w:rPr>
              <w:t>學年度第</w:t>
            </w:r>
            <w:r w:rsidR="004C4A73">
              <w:rPr>
                <w:rFonts w:hint="eastAsia"/>
                <w:b/>
                <w:color w:val="auto"/>
                <w:szCs w:val="24"/>
                <w:lang w:eastAsia="zh-TW"/>
              </w:rPr>
              <w:t>1</w:t>
            </w:r>
            <w:r w:rsidRPr="00463DE2">
              <w:rPr>
                <w:b/>
                <w:color w:val="auto"/>
                <w:szCs w:val="24"/>
                <w:lang w:eastAsia="zh-TW"/>
              </w:rPr>
              <w:t>學期</w:t>
            </w:r>
            <w:r w:rsidRPr="00463DE2">
              <w:rPr>
                <w:rFonts w:hint="eastAsia"/>
                <w:b/>
                <w:color w:val="auto"/>
                <w:szCs w:val="24"/>
                <w:lang w:eastAsia="zh-TW"/>
              </w:rPr>
              <w:t>相較於前1學期</w:t>
            </w:r>
            <w:r w:rsidRPr="00463DE2">
              <w:rPr>
                <w:b/>
                <w:color w:val="auto"/>
                <w:szCs w:val="24"/>
                <w:lang w:eastAsia="zh-TW"/>
              </w:rPr>
              <w:t>，</w:t>
            </w:r>
            <w:r w:rsidRPr="00463DE2">
              <w:rPr>
                <w:rFonts w:hint="eastAsia"/>
                <w:b/>
                <w:color w:val="auto"/>
                <w:szCs w:val="24"/>
                <w:lang w:eastAsia="zh-TW"/>
              </w:rPr>
              <w:t>教育部行政減量措施是否減輕</w:t>
            </w:r>
            <w:r w:rsidRPr="00463DE2">
              <w:rPr>
                <w:b/>
                <w:color w:val="auto"/>
                <w:szCs w:val="24"/>
                <w:lang w:eastAsia="zh-TW"/>
              </w:rPr>
              <w:t>工作負擔？</w:t>
            </w:r>
            <w:r w:rsidRPr="00463DE2">
              <w:rPr>
                <w:b/>
                <w:color w:val="auto"/>
                <w:szCs w:val="24"/>
                <w:lang w:eastAsia="zh-TW"/>
              </w:rPr>
              <w:br/>
            </w:r>
            <w:r w:rsidRPr="00463DE2">
              <w:rPr>
                <w:bCs/>
                <w:color w:val="auto"/>
                <w:szCs w:val="24"/>
                <w:lang w:eastAsia="zh-TW"/>
              </w:rPr>
              <w:t>□明顯減輕</w:t>
            </w:r>
            <w:r w:rsidR="00CE2EB7" w:rsidRPr="00463DE2">
              <w:rPr>
                <w:rFonts w:hint="eastAsia"/>
                <w:bCs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bCs/>
                <w:color w:val="auto"/>
                <w:szCs w:val="24"/>
                <w:lang w:eastAsia="zh-TW"/>
              </w:rPr>
              <w:t>□略有減輕</w:t>
            </w:r>
            <w:r w:rsidR="00CE2EB7" w:rsidRPr="00463DE2">
              <w:rPr>
                <w:rFonts w:hint="eastAsia"/>
                <w:bCs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bCs/>
                <w:color w:val="auto"/>
                <w:szCs w:val="24"/>
                <w:lang w:eastAsia="zh-TW"/>
              </w:rPr>
              <w:t>□</w:t>
            </w:r>
            <w:r w:rsidR="00C86527" w:rsidRPr="00463DE2">
              <w:rPr>
                <w:rFonts w:hint="eastAsia"/>
                <w:bCs/>
                <w:color w:val="auto"/>
                <w:szCs w:val="24"/>
                <w:lang w:eastAsia="zh-TW"/>
              </w:rPr>
              <w:t>大致不變</w:t>
            </w:r>
            <w:r w:rsidR="00CE2EB7" w:rsidRPr="00463DE2">
              <w:rPr>
                <w:rFonts w:hint="eastAsia"/>
                <w:bCs/>
                <w:color w:val="auto"/>
                <w:szCs w:val="24"/>
                <w:lang w:eastAsia="zh-TW"/>
              </w:rPr>
              <w:t xml:space="preserve">  </w:t>
            </w:r>
            <w:r w:rsidR="00CD1B55" w:rsidRPr="00463DE2">
              <w:rPr>
                <w:bCs/>
                <w:color w:val="auto"/>
                <w:szCs w:val="24"/>
                <w:lang w:eastAsia="zh-TW"/>
              </w:rPr>
              <w:t>□</w:t>
            </w:r>
            <w:r w:rsidR="00CD1B55" w:rsidRPr="00463DE2">
              <w:rPr>
                <w:rFonts w:hint="eastAsia"/>
                <w:bCs/>
                <w:color w:val="auto"/>
                <w:szCs w:val="24"/>
                <w:lang w:eastAsia="zh-TW"/>
              </w:rPr>
              <w:t>未減反增</w:t>
            </w:r>
            <w:r w:rsidR="006F459E" w:rsidRPr="00463DE2">
              <w:rPr>
                <w:rFonts w:hint="eastAsia"/>
                <w:bCs/>
                <w:color w:val="auto"/>
                <w:szCs w:val="24"/>
                <w:lang w:eastAsia="zh-TW"/>
              </w:rPr>
              <w:t>，原因</w:t>
            </w:r>
            <w:r w:rsidR="00CD1B55" w:rsidRPr="00463DE2">
              <w:rPr>
                <w:rFonts w:hint="eastAsia"/>
                <w:bCs/>
                <w:color w:val="auto"/>
                <w:szCs w:val="24"/>
                <w:lang w:eastAsia="zh-TW"/>
              </w:rPr>
              <w:t>：_____</w:t>
            </w:r>
            <w:r w:rsidR="00CD1B55" w:rsidRPr="00463DE2">
              <w:rPr>
                <w:bCs/>
                <w:color w:val="auto"/>
                <w:szCs w:val="24"/>
                <w:lang w:eastAsia="zh-TW"/>
              </w:rPr>
              <w:t>__</w:t>
            </w:r>
            <w:r w:rsidR="00CD1B55" w:rsidRPr="00463DE2">
              <w:rPr>
                <w:rFonts w:hint="eastAsia"/>
                <w:bCs/>
                <w:color w:val="auto"/>
                <w:szCs w:val="24"/>
                <w:lang w:eastAsia="zh-TW"/>
              </w:rPr>
              <w:t xml:space="preserve">  □</w:t>
            </w:r>
            <w:r w:rsidRPr="00463DE2">
              <w:rPr>
                <w:bCs/>
                <w:color w:val="auto"/>
                <w:szCs w:val="24"/>
                <w:lang w:eastAsia="zh-TW"/>
              </w:rPr>
              <w:t>未辦理此類業務</w:t>
            </w:r>
          </w:p>
        </w:tc>
      </w:tr>
    </w:tbl>
    <w:p w14:paraId="7BFCBFF8" w14:textId="77777777" w:rsidR="00BB63BC" w:rsidRPr="001E00C2" w:rsidRDefault="008C7F73" w:rsidP="001E00C2">
      <w:pPr>
        <w:keepNext/>
        <w:spacing w:line="240" w:lineRule="auto"/>
        <w:rPr>
          <w:b/>
          <w:color w:val="auto"/>
          <w:szCs w:val="24"/>
          <w:lang w:eastAsia="zh-TW"/>
        </w:rPr>
      </w:pPr>
      <w:r w:rsidRPr="00463DE2">
        <w:rPr>
          <w:b/>
          <w:color w:val="auto"/>
          <w:szCs w:val="24"/>
          <w:lang w:eastAsia="zh-TW"/>
        </w:rPr>
        <w:t>兼任導師</w:t>
      </w:r>
    </w:p>
    <w:tbl>
      <w:tblPr>
        <w:tblW w:w="10343" w:type="dxa"/>
        <w:jc w:val="center"/>
        <w:tblLayout w:type="fixed"/>
        <w:tblLook w:val="04A0" w:firstRow="1" w:lastRow="0" w:firstColumn="1" w:lastColumn="0" w:noHBand="0" w:noVBand="1"/>
      </w:tblPr>
      <w:tblGrid>
        <w:gridCol w:w="493"/>
        <w:gridCol w:w="9850"/>
      </w:tblGrid>
      <w:tr w:rsidR="00BB63BC" w:rsidRPr="00463DE2" w14:paraId="36FAE045" w14:textId="77777777" w:rsidTr="00836F0D">
        <w:trPr>
          <w:cantSplit/>
          <w:jc w:val="center"/>
        </w:trPr>
        <w:tc>
          <w:tcPr>
            <w:tcW w:w="493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A5D8A73" w14:textId="77777777" w:rsidR="00D7232F" w:rsidRPr="00463DE2" w:rsidRDefault="004D2402">
            <w:pPr>
              <w:jc w:val="center"/>
              <w:rPr>
                <w:color w:val="auto"/>
                <w:lang w:eastAsia="zh-TW"/>
              </w:rPr>
            </w:pPr>
            <w:r w:rsidRPr="00463DE2">
              <w:rPr>
                <w:color w:val="auto"/>
              </w:rPr>
              <w:t>23</w:t>
            </w:r>
          </w:p>
        </w:tc>
        <w:tc>
          <w:tcPr>
            <w:tcW w:w="985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61953345" w14:textId="70E8686A" w:rsidR="002A0EA4" w:rsidRPr="00463DE2" w:rsidRDefault="00000000">
            <w:pPr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lang w:eastAsia="zh-TW"/>
              </w:rPr>
              <w:t>11</w:t>
            </w:r>
            <w:r w:rsidR="004C4A73">
              <w:rPr>
                <w:rFonts w:hint="eastAsia"/>
                <w:b/>
                <w:color w:val="auto"/>
                <w:lang w:eastAsia="zh-TW"/>
              </w:rPr>
              <w:t>5</w:t>
            </w:r>
            <w:r w:rsidRPr="00463DE2">
              <w:rPr>
                <w:b/>
                <w:color w:val="auto"/>
                <w:lang w:eastAsia="zh-TW"/>
              </w:rPr>
              <w:t>學年度第</w:t>
            </w:r>
            <w:r w:rsidR="004C4A73">
              <w:rPr>
                <w:rFonts w:hint="eastAsia"/>
                <w:b/>
                <w:color w:val="auto"/>
                <w:lang w:eastAsia="zh-TW"/>
              </w:rPr>
              <w:t>1</w:t>
            </w:r>
            <w:r w:rsidRPr="00463DE2">
              <w:rPr>
                <w:b/>
                <w:color w:val="auto"/>
                <w:lang w:eastAsia="zh-TW"/>
              </w:rPr>
              <w:t>學期，您是否兼任導師？</w:t>
            </w:r>
          </w:p>
          <w:p w14:paraId="33DCC192" w14:textId="77777777" w:rsidR="002A0EA4" w:rsidRPr="00463DE2" w:rsidRDefault="00000000">
            <w:pPr>
              <w:rPr>
                <w:color w:val="auto"/>
              </w:rPr>
            </w:pPr>
            <w:r w:rsidRPr="00463DE2">
              <w:rPr>
                <w:color w:val="auto"/>
              </w:rPr>
              <w:t>□</w:t>
            </w:r>
            <w:proofErr w:type="gramStart"/>
            <w:r w:rsidRPr="00463DE2">
              <w:rPr>
                <w:color w:val="auto"/>
              </w:rPr>
              <w:t>否  □</w:t>
            </w:r>
            <w:proofErr w:type="gramEnd"/>
            <w:r w:rsidRPr="00463DE2">
              <w:rPr>
                <w:color w:val="auto"/>
              </w:rPr>
              <w:t>是</w:t>
            </w:r>
          </w:p>
        </w:tc>
      </w:tr>
      <w:tr w:rsidR="00BB63BC" w:rsidRPr="00463DE2" w14:paraId="02CA51D5" w14:textId="77777777" w:rsidTr="00836F0D">
        <w:trPr>
          <w:cantSplit/>
          <w:jc w:val="center"/>
        </w:trPr>
        <w:tc>
          <w:tcPr>
            <w:tcW w:w="493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17A95ED" w14:textId="77777777" w:rsidR="00D7232F" w:rsidRPr="00463DE2" w:rsidRDefault="004D2402">
            <w:pPr>
              <w:jc w:val="center"/>
              <w:rPr>
                <w:color w:val="auto"/>
                <w:lang w:eastAsia="zh-TW"/>
              </w:rPr>
            </w:pPr>
            <w:r w:rsidRPr="00463DE2">
              <w:rPr>
                <w:color w:val="auto"/>
              </w:rPr>
              <w:t>24</w:t>
            </w:r>
          </w:p>
        </w:tc>
        <w:tc>
          <w:tcPr>
            <w:tcW w:w="985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66D67D49" w14:textId="245451C8" w:rsidR="00BB63BC" w:rsidRPr="00463DE2" w:rsidRDefault="008C7F73" w:rsidP="006F1F54">
            <w:pPr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lang w:eastAsia="zh-TW"/>
              </w:rPr>
              <w:t>兼任導師</w:t>
            </w:r>
            <w:r w:rsidR="0060183D" w:rsidRPr="00463DE2">
              <w:rPr>
                <w:rFonts w:hint="eastAsia"/>
                <w:b/>
                <w:color w:val="auto"/>
                <w:lang w:eastAsia="zh-TW"/>
              </w:rPr>
              <w:t>的</w:t>
            </w:r>
            <w:r w:rsidRPr="00463DE2">
              <w:rPr>
                <w:b/>
                <w:color w:val="auto"/>
                <w:lang w:eastAsia="zh-TW"/>
              </w:rPr>
              <w:t>安排與您的意願最接近下列何者？</w:t>
            </w:r>
          </w:p>
          <w:p w14:paraId="4D9151B4" w14:textId="77777777" w:rsidR="00DA6FDF" w:rsidRPr="00463DE2" w:rsidRDefault="008C7F73" w:rsidP="006F1F54">
            <w:pPr>
              <w:rPr>
                <w:color w:val="auto"/>
                <w:lang w:eastAsia="zh-TW"/>
              </w:rPr>
            </w:pPr>
            <w:r w:rsidRPr="00463DE2">
              <w:rPr>
                <w:color w:val="auto"/>
                <w:lang w:eastAsia="zh-TW"/>
              </w:rPr>
              <w:t>□主動自願  □經溝通後同意  □原不願意但因課</w:t>
            </w:r>
            <w:proofErr w:type="gramStart"/>
            <w:r w:rsidRPr="00463DE2">
              <w:rPr>
                <w:color w:val="auto"/>
                <w:lang w:eastAsia="zh-TW"/>
              </w:rPr>
              <w:t>務</w:t>
            </w:r>
            <w:proofErr w:type="gramEnd"/>
            <w:r w:rsidRPr="00463DE2">
              <w:rPr>
                <w:color w:val="auto"/>
                <w:lang w:eastAsia="zh-TW"/>
              </w:rPr>
              <w:t xml:space="preserve">或人力需要而接受  </w:t>
            </w:r>
          </w:p>
          <w:p w14:paraId="5AF84DB7" w14:textId="453DF2D1" w:rsidR="00BB63BC" w:rsidRPr="00463DE2" w:rsidRDefault="00630A88" w:rsidP="006F1F54">
            <w:pPr>
              <w:rPr>
                <w:color w:val="auto"/>
                <w:lang w:eastAsia="zh-TW"/>
              </w:rPr>
            </w:pPr>
            <w:r w:rsidRPr="00DD11A0">
              <w:rPr>
                <w:color w:val="000000" w:themeColor="text1"/>
                <w:lang w:eastAsia="zh-TW"/>
              </w:rPr>
              <w:t xml:space="preserve">□依學校導師輪替辦法輪值擔任 </w:t>
            </w:r>
            <w:r w:rsidRPr="00630A88">
              <w:rPr>
                <w:color w:val="auto"/>
                <w:lang w:eastAsia="zh-TW"/>
              </w:rPr>
              <w:t xml:space="preserve"> </w:t>
            </w:r>
            <w:r w:rsidR="00711FDD" w:rsidRPr="00630A88">
              <w:rPr>
                <w:color w:val="auto"/>
                <w:lang w:eastAsia="zh-TW"/>
              </w:rPr>
              <w:t xml:space="preserve">□直接指派或實際上難以拒絕  </w:t>
            </w:r>
            <w:r w:rsidRPr="00630A88">
              <w:rPr>
                <w:color w:val="auto"/>
                <w:lang w:eastAsia="zh-TW"/>
              </w:rPr>
              <w:t>□不適用－沒有兼任導師</w:t>
            </w:r>
          </w:p>
        </w:tc>
      </w:tr>
      <w:tr w:rsidR="00BB63BC" w:rsidRPr="00463DE2" w14:paraId="6DF0563E" w14:textId="77777777" w:rsidTr="00836F0D">
        <w:trPr>
          <w:cantSplit/>
          <w:jc w:val="center"/>
        </w:trPr>
        <w:tc>
          <w:tcPr>
            <w:tcW w:w="493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6B1FE85" w14:textId="77777777" w:rsidR="00D7232F" w:rsidRPr="00463DE2" w:rsidRDefault="004D2402">
            <w:pPr>
              <w:jc w:val="center"/>
              <w:rPr>
                <w:color w:val="auto"/>
                <w:lang w:eastAsia="zh-TW"/>
              </w:rPr>
            </w:pPr>
            <w:r w:rsidRPr="00463DE2">
              <w:rPr>
                <w:color w:val="auto"/>
              </w:rPr>
              <w:t>25</w:t>
            </w:r>
          </w:p>
        </w:tc>
        <w:tc>
          <w:tcPr>
            <w:tcW w:w="985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157DF941" w14:textId="77777777" w:rsidR="00BB63BC" w:rsidRPr="00463DE2" w:rsidRDefault="008C7F73">
            <w:pPr>
              <w:spacing w:after="20" w:line="240" w:lineRule="auto"/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平均每週於授課以外處理班級經營、學生事務及親師溝通的時數</w:t>
            </w:r>
            <w:r w:rsidR="00F32AD2" w:rsidRPr="00463DE2">
              <w:rPr>
                <w:b/>
                <w:color w:val="auto"/>
                <w:szCs w:val="24"/>
                <w:lang w:eastAsia="zh-TW"/>
              </w:rPr>
              <w:t>？</w:t>
            </w:r>
          </w:p>
          <w:p w14:paraId="1CD0014A" w14:textId="77777777" w:rsidR="00DA6FDF" w:rsidRPr="005F45C2" w:rsidRDefault="008C7F73" w:rsidP="005F45C2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5F45C2">
              <w:rPr>
                <w:color w:val="auto"/>
                <w:szCs w:val="24"/>
                <w:lang w:eastAsia="zh-TW"/>
              </w:rPr>
              <w:t xml:space="preserve">□未滿3小時  □ 3至未滿6小時  □ 6至未滿11小時  □ 11至未滿16小時  </w:t>
            </w:r>
          </w:p>
          <w:p w14:paraId="72CE4314" w14:textId="77777777" w:rsidR="00BB63BC" w:rsidRPr="00463DE2" w:rsidRDefault="008C7F73" w:rsidP="005F45C2">
            <w:pPr>
              <w:spacing w:after="0" w:line="240" w:lineRule="auto"/>
              <w:rPr>
                <w:color w:val="auto"/>
                <w:lang w:eastAsia="zh-TW"/>
              </w:rPr>
            </w:pPr>
            <w:r w:rsidRPr="005F45C2">
              <w:rPr>
                <w:color w:val="auto"/>
                <w:szCs w:val="24"/>
                <w:lang w:eastAsia="zh-TW"/>
              </w:rPr>
              <w:t>□ 16小時以上  □不適用－沒有兼任導師</w:t>
            </w:r>
          </w:p>
        </w:tc>
      </w:tr>
      <w:tr w:rsidR="00BB63BC" w:rsidRPr="00463DE2" w14:paraId="0C05A996" w14:textId="77777777" w:rsidTr="00836F0D">
        <w:trPr>
          <w:cantSplit/>
          <w:jc w:val="center"/>
        </w:trPr>
        <w:tc>
          <w:tcPr>
            <w:tcW w:w="493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noWrap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8296BA8" w14:textId="77777777" w:rsidR="008E6F70" w:rsidRPr="00463DE2" w:rsidRDefault="005C2C7C">
            <w:pPr>
              <w:spacing w:after="0"/>
              <w:jc w:val="center"/>
              <w:rPr>
                <w:color w:val="auto"/>
              </w:rPr>
            </w:pPr>
            <w:r w:rsidRPr="00463DE2">
              <w:rPr>
                <w:color w:val="auto"/>
              </w:rPr>
              <w:t>26</w:t>
            </w:r>
          </w:p>
        </w:tc>
        <w:tc>
          <w:tcPr>
            <w:tcW w:w="985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813CB7F" w14:textId="77777777" w:rsidR="008E6F70" w:rsidRPr="00463DE2" w:rsidRDefault="005C2C7C" w:rsidP="006F1F54">
            <w:pPr>
              <w:rPr>
                <w:b/>
                <w:bCs/>
                <w:color w:val="auto"/>
                <w:lang w:eastAsia="zh-TW"/>
              </w:rPr>
            </w:pPr>
            <w:r w:rsidRPr="00463DE2">
              <w:rPr>
                <w:b/>
                <w:bCs/>
                <w:color w:val="auto"/>
                <w:lang w:eastAsia="zh-TW"/>
              </w:rPr>
              <w:t>除涉及學生安全、重大突發事件或其他具急迫性事項外，您在非上班時間處理家長訊息、電話或其他親師溝通事項的情形為何？</w:t>
            </w:r>
          </w:p>
          <w:p w14:paraId="1A729B35" w14:textId="77777777" w:rsidR="008D5DA4" w:rsidRPr="005F45C2" w:rsidRDefault="005C2C7C" w:rsidP="005F45C2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5F45C2">
              <w:rPr>
                <w:color w:val="auto"/>
                <w:szCs w:val="24"/>
                <w:lang w:eastAsia="zh-TW"/>
              </w:rPr>
              <w:t>□幾乎沒有  □平均每週1至2天  □平均每週3至4天</w:t>
            </w:r>
            <w:r w:rsidR="008D5DA4" w:rsidRPr="005F45C2">
              <w:rPr>
                <w:rFonts w:hint="eastAsia"/>
                <w:color w:val="auto"/>
                <w:szCs w:val="24"/>
                <w:lang w:eastAsia="zh-TW"/>
              </w:rPr>
              <w:t xml:space="preserve">  </w:t>
            </w:r>
            <w:r w:rsidRPr="005F45C2">
              <w:rPr>
                <w:color w:val="auto"/>
                <w:szCs w:val="24"/>
                <w:lang w:eastAsia="zh-TW"/>
              </w:rPr>
              <w:t xml:space="preserve">□幾乎每天  </w:t>
            </w:r>
          </w:p>
          <w:p w14:paraId="39B91273" w14:textId="77777777" w:rsidR="008E6F70" w:rsidRPr="00463DE2" w:rsidRDefault="005C2C7C" w:rsidP="005F45C2">
            <w:pPr>
              <w:spacing w:after="0" w:line="240" w:lineRule="auto"/>
              <w:rPr>
                <w:color w:val="auto"/>
                <w:lang w:eastAsia="zh-TW"/>
              </w:rPr>
            </w:pPr>
            <w:r w:rsidRPr="005F45C2">
              <w:rPr>
                <w:color w:val="auto"/>
                <w:szCs w:val="24"/>
                <w:lang w:eastAsia="zh-TW"/>
              </w:rPr>
              <w:t>□不適用－沒有兼任導師</w:t>
            </w:r>
          </w:p>
        </w:tc>
      </w:tr>
      <w:tr w:rsidR="00BB63BC" w:rsidRPr="00463DE2" w14:paraId="451E500E" w14:textId="77777777" w:rsidTr="00836F0D">
        <w:trPr>
          <w:cantSplit/>
          <w:jc w:val="center"/>
        </w:trPr>
        <w:tc>
          <w:tcPr>
            <w:tcW w:w="493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noWrap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04790DF" w14:textId="77777777" w:rsidR="008E6F70" w:rsidRPr="00463DE2" w:rsidRDefault="005C2C7C">
            <w:pPr>
              <w:spacing w:after="0"/>
              <w:jc w:val="center"/>
              <w:rPr>
                <w:color w:val="auto"/>
              </w:rPr>
            </w:pPr>
            <w:r w:rsidRPr="00463DE2">
              <w:rPr>
                <w:color w:val="auto"/>
              </w:rPr>
              <w:t>27</w:t>
            </w:r>
          </w:p>
        </w:tc>
        <w:tc>
          <w:tcPr>
            <w:tcW w:w="985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48D8963" w14:textId="5E3A16DA" w:rsidR="008E6F70" w:rsidRPr="00463DE2" w:rsidRDefault="005C2C7C">
            <w:pPr>
              <w:spacing w:after="0"/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lang w:eastAsia="zh-TW"/>
              </w:rPr>
              <w:t>11</w:t>
            </w:r>
            <w:r w:rsidR="004C4A73">
              <w:rPr>
                <w:rFonts w:hint="eastAsia"/>
                <w:b/>
                <w:color w:val="auto"/>
                <w:lang w:eastAsia="zh-TW"/>
              </w:rPr>
              <w:t>5</w:t>
            </w:r>
            <w:r w:rsidRPr="00463DE2">
              <w:rPr>
                <w:b/>
                <w:color w:val="auto"/>
                <w:lang w:eastAsia="zh-TW"/>
              </w:rPr>
              <w:t>學年度第</w:t>
            </w:r>
            <w:r w:rsidR="004C4A73">
              <w:rPr>
                <w:rFonts w:hint="eastAsia"/>
                <w:b/>
                <w:color w:val="auto"/>
                <w:lang w:eastAsia="zh-TW"/>
              </w:rPr>
              <w:t>1</w:t>
            </w:r>
            <w:r w:rsidRPr="00463DE2">
              <w:rPr>
                <w:b/>
                <w:color w:val="auto"/>
                <w:lang w:eastAsia="zh-TW"/>
              </w:rPr>
              <w:t>學期，您服務學校有無下列維護教師非上班時間親師溝通休息權益之作法？（可複選）</w:t>
            </w:r>
          </w:p>
          <w:p w14:paraId="387414C4" w14:textId="2A8C414D" w:rsidR="008E6F70" w:rsidRPr="005F45C2" w:rsidRDefault="005C2C7C" w:rsidP="005F45C2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5F45C2">
              <w:rPr>
                <w:color w:val="auto"/>
                <w:szCs w:val="24"/>
                <w:lang w:eastAsia="zh-TW"/>
              </w:rPr>
              <w:t>□明定適當親師聯繫時段</w:t>
            </w:r>
            <w:r w:rsidR="00AB5AB3" w:rsidRPr="005F45C2">
              <w:rPr>
                <w:rFonts w:hint="eastAsia"/>
                <w:color w:val="auto"/>
                <w:szCs w:val="24"/>
                <w:lang w:eastAsia="zh-TW"/>
              </w:rPr>
              <w:t xml:space="preserve">  </w:t>
            </w:r>
            <w:r w:rsidRPr="005F45C2">
              <w:rPr>
                <w:color w:val="auto"/>
                <w:szCs w:val="24"/>
                <w:lang w:eastAsia="zh-TW"/>
              </w:rPr>
              <w:t>□向家長說明一般性親師溝通原則上於適當聯繫時段進行</w:t>
            </w:r>
          </w:p>
          <w:p w14:paraId="584D84D5" w14:textId="77777777" w:rsidR="008E6F70" w:rsidRPr="005F45C2" w:rsidRDefault="005C2C7C" w:rsidP="005F45C2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5F45C2">
              <w:rPr>
                <w:color w:val="auto"/>
                <w:szCs w:val="24"/>
                <w:lang w:eastAsia="zh-TW"/>
              </w:rPr>
              <w:t>□建立學生安全、重大突發事件或其他具急迫性事項之緊急聯繫或處理機制</w:t>
            </w:r>
          </w:p>
          <w:p w14:paraId="30EDD338" w14:textId="77777777" w:rsidR="008E6F70" w:rsidRPr="005F45C2" w:rsidRDefault="005C2C7C" w:rsidP="005F45C2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5F45C2">
              <w:rPr>
                <w:color w:val="auto"/>
                <w:szCs w:val="24"/>
                <w:lang w:eastAsia="zh-TW"/>
              </w:rPr>
              <w:t>□透過公告、親師溝通會議、親職活動或家長會說明聯繫時段或原則</w:t>
            </w:r>
          </w:p>
          <w:p w14:paraId="0472D9E8" w14:textId="5F5BBC96" w:rsidR="008E6F70" w:rsidRPr="00463DE2" w:rsidRDefault="005C2C7C" w:rsidP="005F45C2">
            <w:pPr>
              <w:spacing w:after="0" w:line="240" w:lineRule="auto"/>
              <w:rPr>
                <w:color w:val="auto"/>
                <w:lang w:eastAsia="zh-TW"/>
              </w:rPr>
            </w:pPr>
            <w:r w:rsidRPr="005F45C2">
              <w:rPr>
                <w:color w:val="auto"/>
                <w:szCs w:val="24"/>
                <w:lang w:eastAsia="zh-TW"/>
              </w:rPr>
              <w:t>□其他：________</w:t>
            </w:r>
            <w:r w:rsidR="0029542E" w:rsidRPr="005F45C2">
              <w:rPr>
                <w:color w:val="auto"/>
                <w:szCs w:val="24"/>
                <w:lang w:eastAsia="zh-TW"/>
              </w:rPr>
              <w:t xml:space="preserve">  □學校無相關作法</w:t>
            </w:r>
          </w:p>
        </w:tc>
      </w:tr>
      <w:tr w:rsidR="00BB63BC" w:rsidRPr="00463DE2" w14:paraId="2A812DFD" w14:textId="77777777" w:rsidTr="00836F0D">
        <w:trPr>
          <w:cantSplit/>
          <w:jc w:val="center"/>
        </w:trPr>
        <w:tc>
          <w:tcPr>
            <w:tcW w:w="493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noWrap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6F1FA75" w14:textId="77777777" w:rsidR="008E6F70" w:rsidRPr="00463DE2" w:rsidRDefault="005C2C7C">
            <w:pPr>
              <w:spacing w:after="0"/>
              <w:jc w:val="center"/>
              <w:rPr>
                <w:color w:val="auto"/>
              </w:rPr>
            </w:pPr>
            <w:r w:rsidRPr="00463DE2">
              <w:rPr>
                <w:color w:val="auto"/>
              </w:rPr>
              <w:lastRenderedPageBreak/>
              <w:t>28</w:t>
            </w:r>
          </w:p>
        </w:tc>
        <w:tc>
          <w:tcPr>
            <w:tcW w:w="985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C223E61" w14:textId="77777777" w:rsidR="008E6F70" w:rsidRPr="00463DE2" w:rsidRDefault="005C2C7C">
            <w:pPr>
              <w:spacing w:after="0"/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lang w:eastAsia="zh-TW"/>
              </w:rPr>
              <w:t>您服務學校目前的親師聯繫作法，是否能讓您在非上班時間原則上不必即時處理一般性家長訊息？</w:t>
            </w:r>
          </w:p>
          <w:p w14:paraId="48C01450" w14:textId="77777777" w:rsidR="008E6F70" w:rsidRPr="005F45C2" w:rsidRDefault="005C2C7C" w:rsidP="005F45C2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5F45C2">
              <w:rPr>
                <w:color w:val="auto"/>
                <w:szCs w:val="24"/>
                <w:lang w:eastAsia="zh-TW"/>
              </w:rPr>
              <w:t>□可以，多數情況可於次一上班時間再處理  □大致可以，但仍偶有須即時處理情形</w:t>
            </w:r>
          </w:p>
          <w:p w14:paraId="0BD80B52" w14:textId="77777777" w:rsidR="008E6F70" w:rsidRPr="005F45C2" w:rsidRDefault="005C2C7C" w:rsidP="005F45C2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5F45C2">
              <w:rPr>
                <w:color w:val="auto"/>
                <w:szCs w:val="24"/>
                <w:lang w:eastAsia="zh-TW"/>
              </w:rPr>
              <w:t>□幫助有限，仍經常需要於非上班時間回覆  □幾乎沒有幫助，仍被期待即時回覆</w:t>
            </w:r>
          </w:p>
          <w:p w14:paraId="7A36FC7D" w14:textId="77777777" w:rsidR="008E6F70" w:rsidRPr="00463DE2" w:rsidRDefault="005C2C7C" w:rsidP="005F45C2">
            <w:pPr>
              <w:spacing w:after="0" w:line="240" w:lineRule="auto"/>
              <w:rPr>
                <w:color w:val="auto"/>
                <w:lang w:eastAsia="zh-TW"/>
              </w:rPr>
            </w:pPr>
            <w:r w:rsidRPr="005F45C2">
              <w:rPr>
                <w:color w:val="auto"/>
                <w:szCs w:val="24"/>
                <w:lang w:eastAsia="zh-TW"/>
              </w:rPr>
              <w:t xml:space="preserve">□學校未訂相關作法  </w:t>
            </w:r>
          </w:p>
        </w:tc>
      </w:tr>
      <w:tr w:rsidR="00BB63BC" w:rsidRPr="00463DE2" w14:paraId="13608E37" w14:textId="77777777" w:rsidTr="00836F0D">
        <w:trPr>
          <w:cantSplit/>
          <w:jc w:val="center"/>
        </w:trPr>
        <w:tc>
          <w:tcPr>
            <w:tcW w:w="493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noWrap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8CE1003" w14:textId="77777777" w:rsidR="00B24943" w:rsidRPr="00463DE2" w:rsidRDefault="00000000">
            <w:pPr>
              <w:rPr>
                <w:color w:val="auto"/>
              </w:rPr>
            </w:pPr>
            <w:r w:rsidRPr="00463DE2">
              <w:rPr>
                <w:color w:val="auto"/>
              </w:rPr>
              <w:t>29</w:t>
            </w:r>
          </w:p>
        </w:tc>
        <w:tc>
          <w:tcPr>
            <w:tcW w:w="985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4491968" w14:textId="4B66F9A2" w:rsidR="00B24943" w:rsidRPr="00463DE2" w:rsidRDefault="00000000">
            <w:pPr>
              <w:rPr>
                <w:color w:val="auto"/>
                <w:szCs w:val="24"/>
                <w:lang w:eastAsia="zh-TW"/>
              </w:rPr>
            </w:pPr>
            <w:r w:rsidRPr="00463DE2">
              <w:rPr>
                <w:b/>
                <w:bCs/>
                <w:color w:val="auto"/>
                <w:szCs w:val="24"/>
                <w:lang w:eastAsia="zh-TW"/>
              </w:rPr>
              <w:t>11</w:t>
            </w:r>
            <w:r w:rsidR="004C4A73">
              <w:rPr>
                <w:rFonts w:hint="eastAsia"/>
                <w:b/>
                <w:bCs/>
                <w:color w:val="auto"/>
                <w:szCs w:val="24"/>
                <w:lang w:eastAsia="zh-TW"/>
              </w:rPr>
              <w:t>5</w:t>
            </w:r>
            <w:r w:rsidRPr="00463DE2">
              <w:rPr>
                <w:b/>
                <w:bCs/>
                <w:color w:val="auto"/>
                <w:szCs w:val="24"/>
                <w:lang w:eastAsia="zh-TW"/>
              </w:rPr>
              <w:t>學年度第</w:t>
            </w:r>
            <w:r w:rsidR="004C4A73">
              <w:rPr>
                <w:rFonts w:hint="eastAsia"/>
                <w:b/>
                <w:bCs/>
                <w:color w:val="auto"/>
                <w:szCs w:val="24"/>
                <w:lang w:eastAsia="zh-TW"/>
              </w:rPr>
              <w:t>1</w:t>
            </w:r>
            <w:r w:rsidRPr="00463DE2">
              <w:rPr>
                <w:b/>
                <w:bCs/>
                <w:color w:val="auto"/>
                <w:szCs w:val="24"/>
                <w:lang w:eastAsia="zh-TW"/>
              </w:rPr>
              <w:t>學期，除緊急事件外，您是否曾在非上班時間被要求即時回覆或完成一般行政聯繫、資料填報或交辦事項？</w:t>
            </w:r>
            <w:r w:rsidRPr="00463DE2">
              <w:rPr>
                <w:color w:val="auto"/>
                <w:szCs w:val="24"/>
                <w:lang w:eastAsia="zh-TW"/>
              </w:rPr>
              <w:br/>
              <w:t>□未曾</w:t>
            </w:r>
            <w:r w:rsidR="00AC2582" w:rsidRPr="00463DE2">
              <w:rPr>
                <w:rFonts w:hint="eastAsia"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color w:val="auto"/>
                <w:szCs w:val="24"/>
                <w:lang w:eastAsia="zh-TW"/>
              </w:rPr>
              <w:t>□偶爾</w:t>
            </w:r>
            <w:r w:rsidR="00AC2582" w:rsidRPr="00463DE2">
              <w:rPr>
                <w:rFonts w:hint="eastAsia"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color w:val="auto"/>
                <w:szCs w:val="24"/>
                <w:lang w:eastAsia="zh-TW"/>
              </w:rPr>
              <w:t>□經常</w:t>
            </w:r>
          </w:p>
        </w:tc>
      </w:tr>
      <w:tr w:rsidR="00BB63BC" w:rsidRPr="00463DE2" w14:paraId="07E124BD" w14:textId="77777777" w:rsidTr="00836F0D">
        <w:trPr>
          <w:cantSplit/>
          <w:jc w:val="center"/>
        </w:trPr>
        <w:tc>
          <w:tcPr>
            <w:tcW w:w="493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noWrap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A3C88E0" w14:textId="77777777" w:rsidR="00B24943" w:rsidRPr="00463DE2" w:rsidRDefault="00000000">
            <w:pPr>
              <w:rPr>
                <w:color w:val="auto"/>
              </w:rPr>
            </w:pPr>
            <w:r w:rsidRPr="00463DE2">
              <w:rPr>
                <w:color w:val="auto"/>
              </w:rPr>
              <w:t>30</w:t>
            </w:r>
          </w:p>
        </w:tc>
        <w:tc>
          <w:tcPr>
            <w:tcW w:w="985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F5C02B7" w14:textId="77777777" w:rsidR="00B24943" w:rsidRPr="00463DE2" w:rsidRDefault="00000000">
            <w:pPr>
              <w:rPr>
                <w:color w:val="auto"/>
                <w:szCs w:val="24"/>
                <w:lang w:eastAsia="zh-TW"/>
              </w:rPr>
            </w:pPr>
            <w:r w:rsidRPr="00463DE2">
              <w:rPr>
                <w:b/>
                <w:bCs/>
                <w:color w:val="auto"/>
                <w:szCs w:val="24"/>
                <w:lang w:eastAsia="zh-TW"/>
              </w:rPr>
              <w:t>您服務學校是否訂有非上班時間聯繫及回應規範（如親師聯繫、行政交辦之聯繫時段、延後回覆及緊急事件例外）？</w:t>
            </w:r>
            <w:r w:rsidRPr="00463DE2">
              <w:rPr>
                <w:color w:val="auto"/>
                <w:szCs w:val="24"/>
                <w:lang w:eastAsia="zh-TW"/>
              </w:rPr>
              <w:br/>
              <w:t>□</w:t>
            </w:r>
            <w:r w:rsidR="005F6BEE" w:rsidRPr="00463DE2">
              <w:rPr>
                <w:color w:val="auto"/>
                <w:szCs w:val="24"/>
                <w:lang w:eastAsia="zh-TW"/>
              </w:rPr>
              <w:t>有</w:t>
            </w:r>
            <w:r w:rsidR="00AC2582" w:rsidRPr="00463DE2">
              <w:rPr>
                <w:rFonts w:hint="eastAsia"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color w:val="auto"/>
                <w:szCs w:val="24"/>
                <w:lang w:eastAsia="zh-TW"/>
              </w:rPr>
              <w:t>□無</w:t>
            </w:r>
            <w:r w:rsidR="00AC2582" w:rsidRPr="00463DE2">
              <w:rPr>
                <w:rFonts w:hint="eastAsia"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color w:val="auto"/>
                <w:szCs w:val="24"/>
                <w:lang w:eastAsia="zh-TW"/>
              </w:rPr>
              <w:t>□不清楚</w:t>
            </w:r>
          </w:p>
        </w:tc>
      </w:tr>
    </w:tbl>
    <w:p w14:paraId="3F7E4A63" w14:textId="77777777" w:rsidR="001E00C2" w:rsidRDefault="001E00C2" w:rsidP="001E00C2">
      <w:pPr>
        <w:spacing w:line="240" w:lineRule="auto"/>
        <w:rPr>
          <w:b/>
          <w:color w:val="auto"/>
          <w:szCs w:val="24"/>
          <w:lang w:eastAsia="zh-TW"/>
        </w:rPr>
      </w:pPr>
    </w:p>
    <w:p w14:paraId="634B1CAE" w14:textId="1D96DBE3" w:rsidR="00BB63BC" w:rsidRPr="001E00C2" w:rsidRDefault="008C7F73" w:rsidP="001E00C2">
      <w:pPr>
        <w:spacing w:line="240" w:lineRule="auto"/>
        <w:rPr>
          <w:b/>
          <w:color w:val="auto"/>
          <w:szCs w:val="24"/>
          <w:lang w:eastAsia="zh-TW"/>
        </w:rPr>
      </w:pPr>
      <w:r w:rsidRPr="00463DE2">
        <w:rPr>
          <w:b/>
          <w:color w:val="auto"/>
          <w:szCs w:val="24"/>
          <w:lang w:eastAsia="zh-TW"/>
        </w:rPr>
        <w:t>參 申訴、檢舉或陳情相關經驗</w:t>
      </w:r>
    </w:p>
    <w:tbl>
      <w:tblPr>
        <w:tblW w:w="10343" w:type="dxa"/>
        <w:jc w:val="center"/>
        <w:tblLayout w:type="fixed"/>
        <w:tblLook w:val="04A0" w:firstRow="1" w:lastRow="0" w:firstColumn="1" w:lastColumn="0" w:noHBand="0" w:noVBand="1"/>
      </w:tblPr>
      <w:tblGrid>
        <w:gridCol w:w="493"/>
        <w:gridCol w:w="9850"/>
      </w:tblGrid>
      <w:tr w:rsidR="00BB63BC" w:rsidRPr="00463DE2" w14:paraId="120BBD2E" w14:textId="77777777" w:rsidTr="00F32AD2">
        <w:trPr>
          <w:cantSplit/>
          <w:jc w:val="center"/>
        </w:trPr>
        <w:tc>
          <w:tcPr>
            <w:tcW w:w="454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3983DFD" w14:textId="77777777" w:rsidR="00D7232F" w:rsidRPr="00463DE2" w:rsidRDefault="00DA6FDF">
            <w:pPr>
              <w:jc w:val="center"/>
              <w:rPr>
                <w:color w:val="auto"/>
                <w:lang w:eastAsia="zh-TW"/>
              </w:rPr>
            </w:pPr>
            <w:r w:rsidRPr="00463DE2">
              <w:rPr>
                <w:color w:val="auto"/>
              </w:rPr>
              <w:t>31</w:t>
            </w:r>
          </w:p>
        </w:tc>
        <w:tc>
          <w:tcPr>
            <w:tcW w:w="9072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128EF9A4" w14:textId="7C518A9D" w:rsidR="00B24943" w:rsidRPr="00463DE2" w:rsidRDefault="00000000">
            <w:pPr>
              <w:rPr>
                <w:color w:val="auto"/>
                <w:lang w:eastAsia="zh-TW"/>
              </w:rPr>
            </w:pPr>
            <w:r w:rsidRPr="00463DE2">
              <w:rPr>
                <w:b/>
                <w:bCs/>
                <w:color w:val="auto"/>
                <w:lang w:eastAsia="zh-TW"/>
              </w:rPr>
              <w:t>112至11</w:t>
            </w:r>
            <w:r w:rsidR="004C4A73">
              <w:rPr>
                <w:rFonts w:hint="eastAsia"/>
                <w:b/>
                <w:bCs/>
                <w:color w:val="auto"/>
                <w:lang w:eastAsia="zh-TW"/>
              </w:rPr>
              <w:t>5</w:t>
            </w:r>
            <w:r w:rsidRPr="00463DE2">
              <w:rPr>
                <w:b/>
                <w:bCs/>
                <w:color w:val="auto"/>
                <w:lang w:eastAsia="zh-TW"/>
              </w:rPr>
              <w:t>學年度，您本人曾因教學、輔導管教或親師互動，接獲學校或主管機關通知，須就申訴案件說明的件數？</w:t>
            </w:r>
            <w:r w:rsidRPr="00463DE2">
              <w:rPr>
                <w:color w:val="auto"/>
                <w:lang w:eastAsia="zh-TW"/>
              </w:rPr>
              <w:br/>
            </w:r>
            <w:r w:rsidRPr="00463DE2">
              <w:rPr>
                <w:color w:val="auto"/>
              </w:rPr>
              <w:t>□0件</w:t>
            </w:r>
            <w:r w:rsidR="005F6BEE" w:rsidRPr="00463DE2">
              <w:rPr>
                <w:rFonts w:hint="eastAsia"/>
                <w:color w:val="auto"/>
                <w:lang w:eastAsia="zh-TW"/>
              </w:rPr>
              <w:t xml:space="preserve">  </w:t>
            </w:r>
            <w:r w:rsidRPr="00463DE2">
              <w:rPr>
                <w:color w:val="auto"/>
              </w:rPr>
              <w:t>□1件</w:t>
            </w:r>
            <w:r w:rsidR="005F6BEE" w:rsidRPr="00463DE2">
              <w:rPr>
                <w:rFonts w:hint="eastAsia"/>
                <w:color w:val="auto"/>
                <w:lang w:eastAsia="zh-TW"/>
              </w:rPr>
              <w:t xml:space="preserve">  </w:t>
            </w:r>
            <w:r w:rsidRPr="00463DE2">
              <w:rPr>
                <w:color w:val="auto"/>
              </w:rPr>
              <w:t>□2件</w:t>
            </w:r>
            <w:r w:rsidR="005F6BEE" w:rsidRPr="00463DE2">
              <w:rPr>
                <w:rFonts w:hint="eastAsia"/>
                <w:color w:val="auto"/>
                <w:lang w:eastAsia="zh-TW"/>
              </w:rPr>
              <w:t xml:space="preserve">  </w:t>
            </w:r>
            <w:r w:rsidRPr="00463DE2">
              <w:rPr>
                <w:color w:val="auto"/>
              </w:rPr>
              <w:t>□3件以上</w:t>
            </w:r>
            <w:r w:rsidR="005F6BEE" w:rsidRPr="00463DE2">
              <w:rPr>
                <w:rFonts w:hint="eastAsia"/>
                <w:color w:val="auto"/>
                <w:lang w:eastAsia="zh-TW"/>
              </w:rPr>
              <w:t xml:space="preserve">  </w:t>
            </w:r>
            <w:r w:rsidR="002C15EE" w:rsidRPr="00463DE2">
              <w:rPr>
                <w:color w:val="auto"/>
                <w:lang w:eastAsia="zh-TW"/>
              </w:rPr>
              <w:t>□其他：________</w:t>
            </w:r>
          </w:p>
        </w:tc>
      </w:tr>
      <w:tr w:rsidR="00BB63BC" w:rsidRPr="00463DE2" w14:paraId="094107EF" w14:textId="77777777" w:rsidTr="00F32AD2">
        <w:trPr>
          <w:cantSplit/>
          <w:jc w:val="center"/>
        </w:trPr>
        <w:tc>
          <w:tcPr>
            <w:tcW w:w="454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76554D1" w14:textId="77777777" w:rsidR="00D7232F" w:rsidRPr="00463DE2" w:rsidRDefault="008C7F73">
            <w:pPr>
              <w:jc w:val="center"/>
              <w:rPr>
                <w:color w:val="auto"/>
                <w:lang w:eastAsia="zh-TW"/>
              </w:rPr>
            </w:pPr>
            <w:r w:rsidRPr="00463DE2">
              <w:rPr>
                <w:color w:val="auto"/>
              </w:rPr>
              <w:t>32</w:t>
            </w:r>
          </w:p>
        </w:tc>
        <w:tc>
          <w:tcPr>
            <w:tcW w:w="9072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3573BE3A" w14:textId="24DA877E" w:rsidR="00BB63BC" w:rsidRPr="00463DE2" w:rsidRDefault="008C7F73">
            <w:pPr>
              <w:spacing w:after="20" w:line="240" w:lineRule="auto"/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處理申訴案件期間曾獲得的支持</w:t>
            </w:r>
            <w:r w:rsidR="003539C1">
              <w:rPr>
                <w:rFonts w:hint="eastAsia"/>
                <w:b/>
                <w:color w:val="auto"/>
                <w:szCs w:val="24"/>
                <w:lang w:eastAsia="zh-TW"/>
              </w:rPr>
              <w:t>？</w:t>
            </w:r>
            <w:r w:rsidRPr="00463DE2">
              <w:rPr>
                <w:b/>
                <w:color w:val="auto"/>
                <w:szCs w:val="24"/>
                <w:lang w:eastAsia="zh-TW"/>
              </w:rPr>
              <w:t>（可複選）</w:t>
            </w:r>
          </w:p>
          <w:p w14:paraId="34558AEB" w14:textId="77777777" w:rsidR="00DA6FDF" w:rsidRPr="00463DE2" w:rsidRDefault="008C7F73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□清楚程序說明  □行政協助  □法律諮詢或協助  □心理支持或諮商  □課</w:t>
            </w:r>
            <w:proofErr w:type="gramStart"/>
            <w:r w:rsidRPr="00463DE2">
              <w:rPr>
                <w:color w:val="auto"/>
                <w:szCs w:val="24"/>
                <w:lang w:eastAsia="zh-TW"/>
              </w:rPr>
              <w:t>務</w:t>
            </w:r>
            <w:proofErr w:type="gramEnd"/>
            <w:r w:rsidRPr="00463DE2">
              <w:rPr>
                <w:color w:val="auto"/>
                <w:szCs w:val="24"/>
                <w:lang w:eastAsia="zh-TW"/>
              </w:rPr>
              <w:t xml:space="preserve">或工作調整  </w:t>
            </w:r>
          </w:p>
          <w:p w14:paraId="4DD54190" w14:textId="6D37514D" w:rsidR="00BB63BC" w:rsidRPr="00463DE2" w:rsidRDefault="008C7F73" w:rsidP="00554E99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□同儕支持  □未獲任何支持</w:t>
            </w:r>
            <w:r w:rsidR="003539C1">
              <w:rPr>
                <w:rFonts w:hint="eastAsia"/>
                <w:color w:val="auto"/>
                <w:szCs w:val="24"/>
                <w:lang w:eastAsia="zh-TW"/>
              </w:rPr>
              <w:t>(申訴案件為0件時，本項為不適用)</w:t>
            </w:r>
          </w:p>
        </w:tc>
      </w:tr>
      <w:tr w:rsidR="00BB63BC" w:rsidRPr="00463DE2" w14:paraId="0518AF23" w14:textId="77777777" w:rsidTr="00F32AD2">
        <w:trPr>
          <w:cantSplit/>
          <w:jc w:val="center"/>
        </w:trPr>
        <w:tc>
          <w:tcPr>
            <w:tcW w:w="454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EDA0E67" w14:textId="77777777" w:rsidR="00B24943" w:rsidRPr="00463DE2" w:rsidRDefault="00000000">
            <w:pPr>
              <w:rPr>
                <w:color w:val="auto"/>
              </w:rPr>
            </w:pPr>
            <w:r w:rsidRPr="00463DE2">
              <w:rPr>
                <w:color w:val="auto"/>
              </w:rPr>
              <w:t>33</w:t>
            </w:r>
          </w:p>
        </w:tc>
        <w:tc>
          <w:tcPr>
            <w:tcW w:w="9072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2E675033" w14:textId="34C0887C" w:rsidR="005F6BEE" w:rsidRPr="00463DE2" w:rsidRDefault="00000000" w:rsidP="005F6BEE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463DE2">
              <w:rPr>
                <w:b/>
                <w:bCs/>
                <w:color w:val="auto"/>
                <w:szCs w:val="24"/>
                <w:lang w:eastAsia="zh-TW"/>
              </w:rPr>
              <w:t>11</w:t>
            </w:r>
            <w:r w:rsidR="004C4A73">
              <w:rPr>
                <w:rFonts w:hint="eastAsia"/>
                <w:b/>
                <w:bCs/>
                <w:color w:val="auto"/>
                <w:szCs w:val="24"/>
                <w:lang w:eastAsia="zh-TW"/>
              </w:rPr>
              <w:t>5</w:t>
            </w:r>
            <w:r w:rsidRPr="00463DE2">
              <w:rPr>
                <w:b/>
                <w:bCs/>
                <w:color w:val="auto"/>
                <w:szCs w:val="24"/>
                <w:lang w:eastAsia="zh-TW"/>
              </w:rPr>
              <w:t>學年度第</w:t>
            </w:r>
            <w:r w:rsidR="004C4A73">
              <w:rPr>
                <w:rFonts w:hint="eastAsia"/>
                <w:b/>
                <w:bCs/>
                <w:color w:val="auto"/>
                <w:szCs w:val="24"/>
                <w:lang w:eastAsia="zh-TW"/>
              </w:rPr>
              <w:t>1</w:t>
            </w:r>
            <w:r w:rsidRPr="00463DE2">
              <w:rPr>
                <w:b/>
                <w:bCs/>
                <w:color w:val="auto"/>
                <w:szCs w:val="24"/>
                <w:lang w:eastAsia="zh-TW"/>
              </w:rPr>
              <w:t>學期，您在輔導管教學生時，曾遇到哪些疑義或困難？（可複選）</w:t>
            </w:r>
            <w:r w:rsidRPr="00463DE2">
              <w:rPr>
                <w:color w:val="auto"/>
                <w:szCs w:val="24"/>
                <w:lang w:eastAsia="zh-TW"/>
              </w:rPr>
              <w:br/>
              <w:t>□正當與不當管教界線不明</w:t>
            </w:r>
            <w:r w:rsidR="005F6BEE" w:rsidRPr="00463DE2">
              <w:rPr>
                <w:rFonts w:hint="eastAsia"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color w:val="auto"/>
                <w:szCs w:val="24"/>
                <w:lang w:eastAsia="zh-TW"/>
              </w:rPr>
              <w:t>□缺乏具體案例或指引</w:t>
            </w:r>
            <w:r w:rsidR="005F6BEE" w:rsidRPr="00463DE2">
              <w:rPr>
                <w:rFonts w:hint="eastAsia"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color w:val="auto"/>
                <w:szCs w:val="24"/>
                <w:lang w:eastAsia="zh-TW"/>
              </w:rPr>
              <w:t>□親師認知不同</w:t>
            </w:r>
            <w:r w:rsidR="005F6BEE" w:rsidRPr="00463DE2">
              <w:rPr>
                <w:rFonts w:hint="eastAsia"/>
                <w:color w:val="auto"/>
                <w:szCs w:val="24"/>
                <w:lang w:eastAsia="zh-TW"/>
              </w:rPr>
              <w:t xml:space="preserve">  </w:t>
            </w:r>
          </w:p>
          <w:p w14:paraId="5D46EDAB" w14:textId="79427D2F" w:rsidR="00B24943" w:rsidRPr="00463DE2" w:rsidRDefault="00000000" w:rsidP="00554E99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□校內處理標準不一致</w:t>
            </w:r>
            <w:r w:rsidR="005F6BEE" w:rsidRPr="00463DE2">
              <w:rPr>
                <w:rFonts w:hint="eastAsia"/>
                <w:color w:val="auto"/>
                <w:szCs w:val="24"/>
                <w:lang w:eastAsia="zh-TW"/>
              </w:rPr>
              <w:t xml:space="preserve">      </w:t>
            </w:r>
            <w:r w:rsidRPr="00463DE2">
              <w:rPr>
                <w:color w:val="auto"/>
                <w:szCs w:val="24"/>
                <w:lang w:eastAsia="zh-TW"/>
              </w:rPr>
              <w:t>□諮詢或協助不足</w:t>
            </w:r>
            <w:r w:rsidR="005F6BEE" w:rsidRPr="00463DE2">
              <w:rPr>
                <w:rFonts w:hint="eastAsia"/>
                <w:color w:val="auto"/>
                <w:szCs w:val="24"/>
                <w:lang w:eastAsia="zh-TW"/>
              </w:rPr>
              <w:t xml:space="preserve">      </w:t>
            </w:r>
            <w:r w:rsidRPr="00463DE2">
              <w:rPr>
                <w:color w:val="auto"/>
                <w:szCs w:val="24"/>
                <w:lang w:eastAsia="zh-TW"/>
              </w:rPr>
              <w:t>□其他：___</w:t>
            </w:r>
            <w:r w:rsidR="005F6BEE" w:rsidRPr="00463DE2">
              <w:rPr>
                <w:rFonts w:hint="eastAsia"/>
                <w:color w:val="auto"/>
                <w:szCs w:val="24"/>
                <w:lang w:eastAsia="zh-TW"/>
              </w:rPr>
              <w:t>_</w:t>
            </w:r>
            <w:r w:rsidRPr="00463DE2">
              <w:rPr>
                <w:color w:val="auto"/>
                <w:szCs w:val="24"/>
                <w:lang w:eastAsia="zh-TW"/>
              </w:rPr>
              <w:t>__</w:t>
            </w:r>
            <w:r w:rsidR="005F6BEE" w:rsidRPr="00463DE2">
              <w:rPr>
                <w:rFonts w:hint="eastAsia"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color w:val="auto"/>
                <w:szCs w:val="24"/>
                <w:lang w:eastAsia="zh-TW"/>
              </w:rPr>
              <w:t>□無</w:t>
            </w:r>
          </w:p>
        </w:tc>
      </w:tr>
    </w:tbl>
    <w:p w14:paraId="3E526D68" w14:textId="77777777" w:rsidR="001E00C2" w:rsidRDefault="001E00C2" w:rsidP="001E00C2">
      <w:pPr>
        <w:spacing w:line="240" w:lineRule="auto"/>
        <w:rPr>
          <w:b/>
          <w:color w:val="auto"/>
          <w:szCs w:val="24"/>
          <w:lang w:eastAsia="zh-TW"/>
        </w:rPr>
      </w:pPr>
    </w:p>
    <w:p w14:paraId="1F03886A" w14:textId="7100949E" w:rsidR="00BB63BC" w:rsidRPr="00554E99" w:rsidRDefault="008C7F73" w:rsidP="001E00C2">
      <w:pPr>
        <w:spacing w:line="240" w:lineRule="auto"/>
        <w:rPr>
          <w:b/>
          <w:color w:val="auto"/>
          <w:szCs w:val="24"/>
          <w:lang w:eastAsia="zh-TW"/>
        </w:rPr>
      </w:pPr>
      <w:r w:rsidRPr="00463DE2">
        <w:rPr>
          <w:b/>
          <w:color w:val="auto"/>
          <w:szCs w:val="24"/>
          <w:lang w:eastAsia="zh-TW"/>
        </w:rPr>
        <w:t>肆 工作壓力</w:t>
      </w:r>
    </w:p>
    <w:p w14:paraId="659514E9" w14:textId="6BF306B9" w:rsidR="00BB63BC" w:rsidRDefault="008C7F73" w:rsidP="00DA6FDF">
      <w:pPr>
        <w:spacing w:after="0" w:line="240" w:lineRule="auto"/>
        <w:rPr>
          <w:color w:val="auto"/>
          <w:szCs w:val="24"/>
          <w:lang w:eastAsia="zh-TW"/>
        </w:rPr>
      </w:pPr>
      <w:r w:rsidRPr="00463DE2">
        <w:rPr>
          <w:color w:val="auto"/>
          <w:szCs w:val="24"/>
          <w:lang w:eastAsia="zh-TW"/>
        </w:rPr>
        <w:t>請依實際經驗填答。作答尺度：1 非常不同意、2 不同意、3 普通、4 同意、5 非常同意。</w:t>
      </w:r>
    </w:p>
    <w:tbl>
      <w:tblPr>
        <w:tblW w:w="5298" w:type="pct"/>
        <w:jc w:val="center"/>
        <w:tblLook w:val="04A0" w:firstRow="1" w:lastRow="0" w:firstColumn="1" w:lastColumn="0" w:noHBand="0" w:noVBand="1"/>
      </w:tblPr>
      <w:tblGrid>
        <w:gridCol w:w="505"/>
        <w:gridCol w:w="5729"/>
        <w:gridCol w:w="794"/>
        <w:gridCol w:w="794"/>
        <w:gridCol w:w="794"/>
        <w:gridCol w:w="794"/>
        <w:gridCol w:w="792"/>
      </w:tblGrid>
      <w:tr w:rsidR="00A47FB6" w:rsidRPr="00463DE2" w14:paraId="0C80CC18" w14:textId="77777777" w:rsidTr="00A47FB6">
        <w:trPr>
          <w:jc w:val="center"/>
        </w:trPr>
        <w:tc>
          <w:tcPr>
            <w:tcW w:w="24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235016A6" w14:textId="77777777" w:rsidR="00A47FB6" w:rsidRPr="00136D2C" w:rsidRDefault="00A47FB6">
            <w:pPr>
              <w:spacing w:after="0" w:line="240" w:lineRule="auto"/>
              <w:jc w:val="center"/>
              <w:rPr>
                <w:color w:val="FFFFFF" w:themeColor="background1"/>
              </w:rPr>
            </w:pPr>
            <w:proofErr w:type="spellStart"/>
            <w:r w:rsidRPr="00136D2C">
              <w:rPr>
                <w:b/>
                <w:color w:val="FFFFFF" w:themeColor="background1"/>
                <w:szCs w:val="24"/>
              </w:rPr>
              <w:t>代號</w:t>
            </w:r>
            <w:proofErr w:type="spellEnd"/>
          </w:p>
        </w:tc>
        <w:tc>
          <w:tcPr>
            <w:tcW w:w="280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52819646" w14:textId="77777777" w:rsidR="00A47FB6" w:rsidRPr="00136D2C" w:rsidRDefault="00A47FB6">
            <w:pPr>
              <w:spacing w:after="0" w:line="240" w:lineRule="auto"/>
              <w:jc w:val="center"/>
              <w:rPr>
                <w:color w:val="FFFFFF" w:themeColor="background1"/>
              </w:rPr>
            </w:pPr>
            <w:proofErr w:type="spellStart"/>
            <w:r w:rsidRPr="00136D2C">
              <w:rPr>
                <w:b/>
                <w:color w:val="FFFFFF" w:themeColor="background1"/>
                <w:szCs w:val="24"/>
              </w:rPr>
              <w:t>題項</w:t>
            </w:r>
            <w:proofErr w:type="spellEnd"/>
          </w:p>
        </w:tc>
        <w:tc>
          <w:tcPr>
            <w:tcW w:w="38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506EEF91" w14:textId="77777777" w:rsidR="00A47FB6" w:rsidRPr="00136D2C" w:rsidRDefault="00A47FB6">
            <w:pPr>
              <w:spacing w:after="0" w:line="240" w:lineRule="auto"/>
              <w:jc w:val="center"/>
              <w:rPr>
                <w:color w:val="FFFFFF" w:themeColor="background1"/>
              </w:rPr>
            </w:pPr>
            <w:r w:rsidRPr="00136D2C">
              <w:rPr>
                <w:b/>
                <w:color w:val="FFFFFF" w:themeColor="background1"/>
                <w:szCs w:val="24"/>
              </w:rPr>
              <w:t>1</w:t>
            </w:r>
          </w:p>
        </w:tc>
        <w:tc>
          <w:tcPr>
            <w:tcW w:w="38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4AE97C58" w14:textId="77777777" w:rsidR="00A47FB6" w:rsidRPr="00136D2C" w:rsidRDefault="00A47FB6">
            <w:pPr>
              <w:spacing w:after="0" w:line="240" w:lineRule="auto"/>
              <w:jc w:val="center"/>
              <w:rPr>
                <w:color w:val="FFFFFF" w:themeColor="background1"/>
              </w:rPr>
            </w:pPr>
            <w:r w:rsidRPr="00136D2C">
              <w:rPr>
                <w:b/>
                <w:color w:val="FFFFFF" w:themeColor="background1"/>
                <w:szCs w:val="24"/>
              </w:rPr>
              <w:t>2</w:t>
            </w:r>
          </w:p>
        </w:tc>
        <w:tc>
          <w:tcPr>
            <w:tcW w:w="38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7A5420AB" w14:textId="77777777" w:rsidR="00A47FB6" w:rsidRPr="00136D2C" w:rsidRDefault="00A47FB6">
            <w:pPr>
              <w:spacing w:after="0" w:line="240" w:lineRule="auto"/>
              <w:jc w:val="center"/>
              <w:rPr>
                <w:color w:val="FFFFFF" w:themeColor="background1"/>
              </w:rPr>
            </w:pPr>
            <w:r w:rsidRPr="00136D2C">
              <w:rPr>
                <w:b/>
                <w:color w:val="FFFFFF" w:themeColor="background1"/>
                <w:szCs w:val="24"/>
              </w:rPr>
              <w:t>3</w:t>
            </w:r>
          </w:p>
        </w:tc>
        <w:tc>
          <w:tcPr>
            <w:tcW w:w="38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0876451F" w14:textId="77777777" w:rsidR="00A47FB6" w:rsidRPr="00136D2C" w:rsidRDefault="00A47FB6">
            <w:pPr>
              <w:spacing w:after="0" w:line="240" w:lineRule="auto"/>
              <w:jc w:val="center"/>
              <w:rPr>
                <w:color w:val="FFFFFF" w:themeColor="background1"/>
              </w:rPr>
            </w:pPr>
            <w:r w:rsidRPr="00136D2C">
              <w:rPr>
                <w:b/>
                <w:color w:val="FFFFFF" w:themeColor="background1"/>
                <w:szCs w:val="24"/>
              </w:rPr>
              <w:t>4</w:t>
            </w:r>
          </w:p>
        </w:tc>
        <w:tc>
          <w:tcPr>
            <w:tcW w:w="38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3C46799F" w14:textId="77777777" w:rsidR="00A47FB6" w:rsidRPr="00136D2C" w:rsidRDefault="00A47FB6">
            <w:pPr>
              <w:spacing w:after="0" w:line="240" w:lineRule="auto"/>
              <w:jc w:val="center"/>
              <w:rPr>
                <w:color w:val="FFFFFF" w:themeColor="background1"/>
              </w:rPr>
            </w:pPr>
            <w:r w:rsidRPr="00136D2C">
              <w:rPr>
                <w:b/>
                <w:color w:val="FFFFFF" w:themeColor="background1"/>
                <w:szCs w:val="24"/>
              </w:rPr>
              <w:t>5</w:t>
            </w:r>
          </w:p>
        </w:tc>
      </w:tr>
      <w:tr w:rsidR="00A47FB6" w:rsidRPr="00463DE2" w14:paraId="248ED2A2" w14:textId="77777777" w:rsidTr="00A47FB6">
        <w:trPr>
          <w:cantSplit/>
          <w:trHeight w:val="340"/>
          <w:jc w:val="center"/>
        </w:trPr>
        <w:tc>
          <w:tcPr>
            <w:tcW w:w="248" w:type="pct"/>
            <w:vMerge w:val="restar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4225F5A" w14:textId="77777777" w:rsidR="00A47FB6" w:rsidRPr="00463DE2" w:rsidRDefault="00A47FB6">
            <w:pPr>
              <w:spacing w:after="0"/>
              <w:jc w:val="center"/>
              <w:rPr>
                <w:color w:val="auto"/>
              </w:rPr>
            </w:pPr>
            <w:r w:rsidRPr="00463DE2">
              <w:rPr>
                <w:color w:val="auto"/>
              </w:rPr>
              <w:t>34</w:t>
            </w:r>
          </w:p>
        </w:tc>
        <w:tc>
          <w:tcPr>
            <w:tcW w:w="2808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5B0E718" w14:textId="77777777" w:rsidR="00A47FB6" w:rsidRPr="00463DE2" w:rsidRDefault="00A47FB6" w:rsidP="00DA6FDF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超鐘點授課的安排使我感到壓力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E9E7709" w14:textId="77777777" w:rsidR="00A47FB6" w:rsidRPr="00463DE2" w:rsidRDefault="00A47FB6" w:rsidP="00DA6FDF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0495CBA" w14:textId="77777777" w:rsidR="00A47FB6" w:rsidRPr="00463DE2" w:rsidRDefault="00A47FB6" w:rsidP="00DA6FDF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97717D9" w14:textId="77777777" w:rsidR="00A47FB6" w:rsidRPr="00463DE2" w:rsidRDefault="00A47FB6" w:rsidP="00DA6FDF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8DAB639" w14:textId="77777777" w:rsidR="00A47FB6" w:rsidRPr="00463DE2" w:rsidRDefault="00A47FB6" w:rsidP="00DA6FDF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8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98D931C" w14:textId="77777777" w:rsidR="00A47FB6" w:rsidRPr="00463DE2" w:rsidRDefault="00A47FB6" w:rsidP="00DA6FDF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</w:tr>
      <w:tr w:rsidR="00A47FB6" w:rsidRPr="00463DE2" w14:paraId="4214C8B4" w14:textId="77777777" w:rsidTr="00A47FB6">
        <w:trPr>
          <w:cantSplit/>
          <w:trHeight w:val="340"/>
          <w:jc w:val="center"/>
        </w:trPr>
        <w:tc>
          <w:tcPr>
            <w:tcW w:w="248" w:type="pct"/>
            <w:vMerge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6336526" w14:textId="77777777" w:rsidR="00A47FB6" w:rsidRPr="00463DE2" w:rsidRDefault="00A47FB6" w:rsidP="00DA6FDF">
            <w:pPr>
              <w:spacing w:line="240" w:lineRule="auto"/>
              <w:rPr>
                <w:color w:val="auto"/>
              </w:rPr>
            </w:pPr>
          </w:p>
        </w:tc>
        <w:tc>
          <w:tcPr>
            <w:tcW w:w="2808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CBC238B" w14:textId="77777777" w:rsidR="00A47FB6" w:rsidRPr="00463DE2" w:rsidRDefault="00A47FB6" w:rsidP="00DA6FDF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兼任行政職務與教學工作經常互相衝突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8AC62EF" w14:textId="77777777" w:rsidR="00A47FB6" w:rsidRPr="00463DE2" w:rsidRDefault="00A47FB6" w:rsidP="00DA6FDF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85C6A0E" w14:textId="77777777" w:rsidR="00A47FB6" w:rsidRPr="00463DE2" w:rsidRDefault="00A47FB6" w:rsidP="00DA6FDF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C5D5EE5" w14:textId="77777777" w:rsidR="00A47FB6" w:rsidRPr="00463DE2" w:rsidRDefault="00A47FB6" w:rsidP="00DA6FDF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50E5FCB" w14:textId="77777777" w:rsidR="00A47FB6" w:rsidRPr="00463DE2" w:rsidRDefault="00A47FB6" w:rsidP="00DA6FDF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8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37DB81B" w14:textId="77777777" w:rsidR="00A47FB6" w:rsidRPr="00463DE2" w:rsidRDefault="00A47FB6" w:rsidP="00DA6FDF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</w:tr>
      <w:tr w:rsidR="00A47FB6" w:rsidRPr="00463DE2" w14:paraId="67E5B13B" w14:textId="77777777" w:rsidTr="00A47FB6">
        <w:trPr>
          <w:cantSplit/>
          <w:trHeight w:val="340"/>
          <w:jc w:val="center"/>
        </w:trPr>
        <w:tc>
          <w:tcPr>
            <w:tcW w:w="248" w:type="pct"/>
            <w:vMerge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26469EC" w14:textId="77777777" w:rsidR="00A47FB6" w:rsidRPr="00463DE2" w:rsidRDefault="00A47FB6" w:rsidP="00DA6FDF">
            <w:pPr>
              <w:spacing w:line="240" w:lineRule="auto"/>
              <w:rPr>
                <w:color w:val="auto"/>
              </w:rPr>
            </w:pPr>
          </w:p>
        </w:tc>
        <w:tc>
          <w:tcPr>
            <w:tcW w:w="2808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14055FB" w14:textId="77777777" w:rsidR="00A47FB6" w:rsidRPr="00463DE2" w:rsidRDefault="00A47FB6" w:rsidP="00DA6FDF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學生的行為、情緒或特殊支持需求增加我的工作負擔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C2F5075" w14:textId="77777777" w:rsidR="00A47FB6" w:rsidRPr="00463DE2" w:rsidRDefault="00A47FB6" w:rsidP="00DA6FDF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E2E5CEA" w14:textId="77777777" w:rsidR="00A47FB6" w:rsidRPr="00463DE2" w:rsidRDefault="00A47FB6" w:rsidP="00DA6FDF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3AF50A1" w14:textId="77777777" w:rsidR="00A47FB6" w:rsidRPr="00463DE2" w:rsidRDefault="00A47FB6" w:rsidP="00DA6FDF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7B4FF3D" w14:textId="77777777" w:rsidR="00A47FB6" w:rsidRPr="00463DE2" w:rsidRDefault="00A47FB6" w:rsidP="00DA6FDF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8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5B09D54" w14:textId="77777777" w:rsidR="00A47FB6" w:rsidRPr="00463DE2" w:rsidRDefault="00A47FB6" w:rsidP="00DA6FDF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</w:tr>
      <w:tr w:rsidR="00A47FB6" w:rsidRPr="00463DE2" w14:paraId="3416C48C" w14:textId="77777777" w:rsidTr="00A47FB6">
        <w:trPr>
          <w:cantSplit/>
          <w:trHeight w:val="340"/>
          <w:jc w:val="center"/>
        </w:trPr>
        <w:tc>
          <w:tcPr>
            <w:tcW w:w="248" w:type="pct"/>
            <w:vMerge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1CD06A9" w14:textId="77777777" w:rsidR="00A47FB6" w:rsidRPr="00463DE2" w:rsidRDefault="00A47FB6" w:rsidP="00F86889">
            <w:pPr>
              <w:spacing w:line="240" w:lineRule="auto"/>
              <w:rPr>
                <w:color w:val="auto"/>
              </w:rPr>
            </w:pPr>
          </w:p>
        </w:tc>
        <w:tc>
          <w:tcPr>
            <w:tcW w:w="2808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185869E" w14:textId="77777777" w:rsidR="00A47FB6" w:rsidRPr="00463DE2" w:rsidRDefault="00A47FB6" w:rsidP="00F86889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lang w:eastAsia="zh-TW"/>
              </w:rPr>
              <w:t>非上班時間仍須處理一般性家長訊息或親師溝通，影響我的休息或生活安排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A8A33BD" w14:textId="77777777" w:rsidR="00A47FB6" w:rsidRPr="00463DE2" w:rsidRDefault="00A47FB6" w:rsidP="00F86889">
            <w:pPr>
              <w:spacing w:after="0" w:line="240" w:lineRule="auto"/>
              <w:jc w:val="center"/>
              <w:rPr>
                <w:color w:val="auto"/>
                <w:szCs w:val="24"/>
              </w:rPr>
            </w:pPr>
            <w:r w:rsidRPr="00463DE2">
              <w:rPr>
                <w:color w:val="auto"/>
              </w:rPr>
              <w:t>□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2EFB96C" w14:textId="77777777" w:rsidR="00A47FB6" w:rsidRPr="00463DE2" w:rsidRDefault="00A47FB6" w:rsidP="00F86889">
            <w:pPr>
              <w:spacing w:after="0" w:line="240" w:lineRule="auto"/>
              <w:jc w:val="center"/>
              <w:rPr>
                <w:color w:val="auto"/>
                <w:szCs w:val="24"/>
              </w:rPr>
            </w:pPr>
            <w:r w:rsidRPr="00463DE2">
              <w:rPr>
                <w:color w:val="auto"/>
              </w:rPr>
              <w:t>□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1A91CF5" w14:textId="77777777" w:rsidR="00A47FB6" w:rsidRPr="00463DE2" w:rsidRDefault="00A47FB6" w:rsidP="00F86889">
            <w:pPr>
              <w:spacing w:after="0" w:line="240" w:lineRule="auto"/>
              <w:jc w:val="center"/>
              <w:rPr>
                <w:color w:val="auto"/>
                <w:szCs w:val="24"/>
              </w:rPr>
            </w:pPr>
            <w:r w:rsidRPr="00463DE2">
              <w:rPr>
                <w:color w:val="auto"/>
              </w:rPr>
              <w:t>□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FC8A9BE" w14:textId="77777777" w:rsidR="00A47FB6" w:rsidRPr="00463DE2" w:rsidRDefault="00A47FB6" w:rsidP="00F86889">
            <w:pPr>
              <w:spacing w:after="0" w:line="240" w:lineRule="auto"/>
              <w:jc w:val="center"/>
              <w:rPr>
                <w:color w:val="auto"/>
                <w:szCs w:val="24"/>
              </w:rPr>
            </w:pPr>
            <w:r w:rsidRPr="00463DE2">
              <w:rPr>
                <w:color w:val="auto"/>
              </w:rPr>
              <w:t>□</w:t>
            </w:r>
          </w:p>
        </w:tc>
        <w:tc>
          <w:tcPr>
            <w:tcW w:w="388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0249420" w14:textId="77777777" w:rsidR="00A47FB6" w:rsidRPr="00463DE2" w:rsidRDefault="00A47FB6" w:rsidP="00F86889">
            <w:pPr>
              <w:spacing w:after="0" w:line="240" w:lineRule="auto"/>
              <w:jc w:val="center"/>
              <w:rPr>
                <w:color w:val="auto"/>
                <w:szCs w:val="24"/>
              </w:rPr>
            </w:pPr>
            <w:r w:rsidRPr="00463DE2">
              <w:rPr>
                <w:color w:val="auto"/>
              </w:rPr>
              <w:t>□</w:t>
            </w:r>
          </w:p>
        </w:tc>
      </w:tr>
      <w:tr w:rsidR="00A47FB6" w:rsidRPr="00463DE2" w14:paraId="38297BDD" w14:textId="77777777" w:rsidTr="00A47FB6">
        <w:trPr>
          <w:cantSplit/>
          <w:trHeight w:val="340"/>
          <w:jc w:val="center"/>
        </w:trPr>
        <w:tc>
          <w:tcPr>
            <w:tcW w:w="248" w:type="pct"/>
            <w:vMerge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87F0A32" w14:textId="77777777" w:rsidR="00A47FB6" w:rsidRPr="00463DE2" w:rsidRDefault="00A47FB6" w:rsidP="00F86889">
            <w:pPr>
              <w:spacing w:line="240" w:lineRule="auto"/>
              <w:rPr>
                <w:color w:val="auto"/>
              </w:rPr>
            </w:pPr>
          </w:p>
        </w:tc>
        <w:tc>
          <w:tcPr>
            <w:tcW w:w="2808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CB70A1C" w14:textId="77777777" w:rsidR="00A47FB6" w:rsidRPr="00463DE2" w:rsidRDefault="00A47FB6" w:rsidP="00F86889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我擔心正當的教學或輔導管教行為遭誤解而形成申訴案件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50BCE3B" w14:textId="77777777" w:rsidR="00A47FB6" w:rsidRPr="00463DE2" w:rsidRDefault="00A47FB6" w:rsidP="00F86889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0F38339" w14:textId="77777777" w:rsidR="00A47FB6" w:rsidRPr="00463DE2" w:rsidRDefault="00A47FB6" w:rsidP="00F86889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8FE2116" w14:textId="77777777" w:rsidR="00A47FB6" w:rsidRPr="00463DE2" w:rsidRDefault="00A47FB6" w:rsidP="00F86889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8481ABD" w14:textId="77777777" w:rsidR="00A47FB6" w:rsidRPr="00463DE2" w:rsidRDefault="00A47FB6" w:rsidP="00F86889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8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136A504" w14:textId="77777777" w:rsidR="00A47FB6" w:rsidRPr="00463DE2" w:rsidRDefault="00A47FB6" w:rsidP="00F86889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</w:tr>
      <w:tr w:rsidR="00A47FB6" w:rsidRPr="00463DE2" w14:paraId="51147262" w14:textId="77777777" w:rsidTr="00A47FB6">
        <w:trPr>
          <w:cantSplit/>
          <w:trHeight w:val="340"/>
          <w:jc w:val="center"/>
        </w:trPr>
        <w:tc>
          <w:tcPr>
            <w:tcW w:w="248" w:type="pct"/>
            <w:vMerge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A8195BE" w14:textId="77777777" w:rsidR="00A47FB6" w:rsidRPr="00463DE2" w:rsidRDefault="00A47FB6" w:rsidP="00F86889">
            <w:pPr>
              <w:spacing w:line="240" w:lineRule="auto"/>
              <w:rPr>
                <w:color w:val="auto"/>
              </w:rPr>
            </w:pPr>
          </w:p>
        </w:tc>
        <w:tc>
          <w:tcPr>
            <w:tcW w:w="2808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85A664D" w14:textId="77777777" w:rsidR="00A47FB6" w:rsidRPr="00463DE2" w:rsidRDefault="00A47FB6" w:rsidP="00F86889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因擔心發生申訴案件，我會較為保守地處理學生管教、輔導或親師互動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F136E5D" w14:textId="77777777" w:rsidR="00A47FB6" w:rsidRPr="00463DE2" w:rsidRDefault="00A47FB6" w:rsidP="00F86889">
            <w:pPr>
              <w:spacing w:after="0" w:line="240" w:lineRule="auto"/>
              <w:jc w:val="center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77DD02F" w14:textId="77777777" w:rsidR="00A47FB6" w:rsidRPr="00463DE2" w:rsidRDefault="00A47FB6" w:rsidP="00F86889">
            <w:pPr>
              <w:spacing w:after="0" w:line="240" w:lineRule="auto"/>
              <w:jc w:val="center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0A87237" w14:textId="77777777" w:rsidR="00A47FB6" w:rsidRPr="00463DE2" w:rsidRDefault="00A47FB6" w:rsidP="00F86889">
            <w:pPr>
              <w:spacing w:after="0" w:line="240" w:lineRule="auto"/>
              <w:jc w:val="center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9328B57" w14:textId="77777777" w:rsidR="00A47FB6" w:rsidRPr="00463DE2" w:rsidRDefault="00A47FB6" w:rsidP="00F86889">
            <w:pPr>
              <w:spacing w:after="0" w:line="240" w:lineRule="auto"/>
              <w:jc w:val="center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8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31836AF" w14:textId="77777777" w:rsidR="00A47FB6" w:rsidRPr="00463DE2" w:rsidRDefault="00A47FB6" w:rsidP="00F86889">
            <w:pPr>
              <w:spacing w:after="0" w:line="240" w:lineRule="auto"/>
              <w:jc w:val="center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</w:tr>
      <w:tr w:rsidR="00A47FB6" w:rsidRPr="00463DE2" w14:paraId="3C7CDAE3" w14:textId="77777777" w:rsidTr="00A47FB6">
        <w:trPr>
          <w:cantSplit/>
          <w:trHeight w:val="340"/>
          <w:jc w:val="center"/>
        </w:trPr>
        <w:tc>
          <w:tcPr>
            <w:tcW w:w="248" w:type="pct"/>
            <w:vMerge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8750128" w14:textId="77777777" w:rsidR="00A47FB6" w:rsidRPr="00463DE2" w:rsidRDefault="00A47FB6" w:rsidP="00F86889">
            <w:pPr>
              <w:spacing w:line="240" w:lineRule="auto"/>
              <w:rPr>
                <w:color w:val="auto"/>
                <w:lang w:eastAsia="zh-TW"/>
              </w:rPr>
            </w:pPr>
          </w:p>
        </w:tc>
        <w:tc>
          <w:tcPr>
            <w:tcW w:w="2808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BBA270F" w14:textId="77777777" w:rsidR="00A47FB6" w:rsidRPr="00463DE2" w:rsidRDefault="00A47FB6" w:rsidP="00F86889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因擔心發生爭議或申訴，我會增加相關紀錄、佐證或尋求行政人員共同處理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F7947E3" w14:textId="77777777" w:rsidR="00A47FB6" w:rsidRPr="00463DE2" w:rsidRDefault="00A47FB6" w:rsidP="00F86889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AC79659" w14:textId="77777777" w:rsidR="00A47FB6" w:rsidRPr="00463DE2" w:rsidRDefault="00A47FB6" w:rsidP="00F86889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5DFA7BB" w14:textId="77777777" w:rsidR="00A47FB6" w:rsidRPr="00463DE2" w:rsidRDefault="00A47FB6" w:rsidP="00F86889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0326AC7" w14:textId="77777777" w:rsidR="00A47FB6" w:rsidRPr="00463DE2" w:rsidRDefault="00A47FB6" w:rsidP="00F86889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8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93736D2" w14:textId="77777777" w:rsidR="00A47FB6" w:rsidRPr="00463DE2" w:rsidRDefault="00A47FB6" w:rsidP="00F86889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</w:tr>
    </w:tbl>
    <w:p w14:paraId="1CE609CA" w14:textId="77777777" w:rsidR="00BB63BC" w:rsidRPr="00463DE2" w:rsidRDefault="00BB63BC">
      <w:pPr>
        <w:rPr>
          <w:color w:val="auto"/>
          <w:lang w:eastAsia="zh-TW"/>
        </w:rPr>
      </w:pPr>
    </w:p>
    <w:p w14:paraId="40123D42" w14:textId="77777777" w:rsidR="00BB63BC" w:rsidRPr="00463DE2" w:rsidRDefault="008C7F73" w:rsidP="00600CB6">
      <w:pPr>
        <w:spacing w:line="240" w:lineRule="auto"/>
        <w:rPr>
          <w:b/>
          <w:color w:val="auto"/>
          <w:sz w:val="28"/>
          <w:lang w:eastAsia="zh-TW"/>
        </w:rPr>
      </w:pPr>
      <w:r w:rsidRPr="00463DE2">
        <w:rPr>
          <w:b/>
          <w:color w:val="auto"/>
          <w:szCs w:val="24"/>
          <w:lang w:eastAsia="zh-TW"/>
        </w:rPr>
        <w:lastRenderedPageBreak/>
        <w:t>伍 留任意願及改善需求</w:t>
      </w:r>
    </w:p>
    <w:p w14:paraId="16C4F3A2" w14:textId="77777777" w:rsidR="0082388B" w:rsidRPr="00463DE2" w:rsidRDefault="0082388B" w:rsidP="0082388B">
      <w:pPr>
        <w:keepNext/>
        <w:spacing w:before="60" w:after="40" w:line="240" w:lineRule="auto"/>
        <w:rPr>
          <w:b/>
          <w:color w:val="auto"/>
          <w:sz w:val="23"/>
          <w:lang w:eastAsia="zh-TW"/>
        </w:rPr>
      </w:pPr>
      <w:r w:rsidRPr="00463DE2">
        <w:rPr>
          <w:rFonts w:hint="eastAsia"/>
          <w:b/>
          <w:color w:val="auto"/>
          <w:szCs w:val="24"/>
          <w:lang w:eastAsia="zh-TW"/>
        </w:rPr>
        <w:t>留任意願</w:t>
      </w:r>
    </w:p>
    <w:p w14:paraId="1CC33B7C" w14:textId="624D0E49" w:rsidR="00D7232F" w:rsidRPr="00463DE2" w:rsidRDefault="008C7F73" w:rsidP="00943456">
      <w:pPr>
        <w:spacing w:line="240" w:lineRule="auto"/>
        <w:rPr>
          <w:color w:val="auto"/>
          <w:lang w:eastAsia="zh-TW"/>
        </w:rPr>
      </w:pPr>
      <w:r w:rsidRPr="00463DE2">
        <w:rPr>
          <w:color w:val="auto"/>
          <w:szCs w:val="24"/>
          <w:lang w:eastAsia="zh-TW"/>
        </w:rPr>
        <w:t>作答尺度：1 非常不同意、2 不同意、3 普通、4 同意、5 非常同意。</w:t>
      </w:r>
    </w:p>
    <w:tbl>
      <w:tblPr>
        <w:tblW w:w="1020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58"/>
        <w:gridCol w:w="5747"/>
        <w:gridCol w:w="800"/>
        <w:gridCol w:w="800"/>
        <w:gridCol w:w="801"/>
        <w:gridCol w:w="800"/>
        <w:gridCol w:w="801"/>
      </w:tblGrid>
      <w:tr w:rsidR="007762AD" w:rsidRPr="00463DE2" w14:paraId="3CE2DBFF" w14:textId="77777777" w:rsidTr="007762AD">
        <w:tc>
          <w:tcPr>
            <w:tcW w:w="4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  <w:vAlign w:val="center"/>
          </w:tcPr>
          <w:p w14:paraId="08CDCF47" w14:textId="77777777" w:rsidR="007762AD" w:rsidRPr="00136D2C" w:rsidRDefault="007762AD">
            <w:pPr>
              <w:jc w:val="center"/>
              <w:rPr>
                <w:color w:val="FFFFFF" w:themeColor="background1"/>
              </w:rPr>
            </w:pPr>
            <w:proofErr w:type="spellStart"/>
            <w:r w:rsidRPr="00136D2C">
              <w:rPr>
                <w:b/>
                <w:color w:val="FFFFFF" w:themeColor="background1"/>
                <w:szCs w:val="24"/>
              </w:rPr>
              <w:t>代號</w:t>
            </w:r>
            <w:proofErr w:type="spellEnd"/>
          </w:p>
        </w:tc>
        <w:tc>
          <w:tcPr>
            <w:tcW w:w="57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  <w:vAlign w:val="center"/>
          </w:tcPr>
          <w:p w14:paraId="5A95985B" w14:textId="77777777" w:rsidR="007762AD" w:rsidRPr="00136D2C" w:rsidRDefault="007762AD">
            <w:pPr>
              <w:jc w:val="center"/>
              <w:rPr>
                <w:color w:val="FFFFFF" w:themeColor="background1"/>
              </w:rPr>
            </w:pPr>
            <w:proofErr w:type="spellStart"/>
            <w:r w:rsidRPr="00136D2C">
              <w:rPr>
                <w:b/>
                <w:color w:val="FFFFFF" w:themeColor="background1"/>
                <w:szCs w:val="24"/>
              </w:rPr>
              <w:t>題項</w:t>
            </w:r>
            <w:proofErr w:type="spellEnd"/>
          </w:p>
        </w:tc>
        <w:tc>
          <w:tcPr>
            <w:tcW w:w="8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  <w:vAlign w:val="center"/>
          </w:tcPr>
          <w:p w14:paraId="3802B26D" w14:textId="77777777" w:rsidR="007762AD" w:rsidRPr="00136D2C" w:rsidRDefault="007762AD">
            <w:pPr>
              <w:jc w:val="center"/>
              <w:rPr>
                <w:color w:val="FFFFFF" w:themeColor="background1"/>
              </w:rPr>
            </w:pPr>
            <w:r w:rsidRPr="00136D2C">
              <w:rPr>
                <w:b/>
                <w:color w:val="FFFFFF" w:themeColor="background1"/>
                <w:szCs w:val="24"/>
              </w:rPr>
              <w:t>1</w:t>
            </w:r>
          </w:p>
        </w:tc>
        <w:tc>
          <w:tcPr>
            <w:tcW w:w="8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  <w:vAlign w:val="center"/>
          </w:tcPr>
          <w:p w14:paraId="5A83D17E" w14:textId="77777777" w:rsidR="007762AD" w:rsidRPr="00136D2C" w:rsidRDefault="007762AD">
            <w:pPr>
              <w:jc w:val="center"/>
              <w:rPr>
                <w:color w:val="FFFFFF" w:themeColor="background1"/>
              </w:rPr>
            </w:pPr>
            <w:r w:rsidRPr="00136D2C">
              <w:rPr>
                <w:b/>
                <w:color w:val="FFFFFF" w:themeColor="background1"/>
                <w:szCs w:val="24"/>
              </w:rPr>
              <w:t>2</w:t>
            </w:r>
          </w:p>
        </w:tc>
        <w:tc>
          <w:tcPr>
            <w:tcW w:w="8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  <w:vAlign w:val="center"/>
          </w:tcPr>
          <w:p w14:paraId="0E08BD12" w14:textId="77777777" w:rsidR="007762AD" w:rsidRPr="00136D2C" w:rsidRDefault="007762AD">
            <w:pPr>
              <w:jc w:val="center"/>
              <w:rPr>
                <w:color w:val="FFFFFF" w:themeColor="background1"/>
              </w:rPr>
            </w:pPr>
            <w:r w:rsidRPr="00136D2C">
              <w:rPr>
                <w:b/>
                <w:color w:val="FFFFFF" w:themeColor="background1"/>
                <w:szCs w:val="24"/>
              </w:rPr>
              <w:t>3</w:t>
            </w:r>
          </w:p>
        </w:tc>
        <w:tc>
          <w:tcPr>
            <w:tcW w:w="8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  <w:vAlign w:val="center"/>
          </w:tcPr>
          <w:p w14:paraId="004A1D68" w14:textId="77777777" w:rsidR="007762AD" w:rsidRPr="00136D2C" w:rsidRDefault="007762AD">
            <w:pPr>
              <w:jc w:val="center"/>
              <w:rPr>
                <w:color w:val="FFFFFF" w:themeColor="background1"/>
              </w:rPr>
            </w:pPr>
            <w:r w:rsidRPr="00136D2C">
              <w:rPr>
                <w:b/>
                <w:color w:val="FFFFFF" w:themeColor="background1"/>
                <w:szCs w:val="24"/>
              </w:rPr>
              <w:t>4</w:t>
            </w:r>
          </w:p>
        </w:tc>
        <w:tc>
          <w:tcPr>
            <w:tcW w:w="8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  <w:vAlign w:val="center"/>
          </w:tcPr>
          <w:p w14:paraId="3656C54C" w14:textId="77777777" w:rsidR="007762AD" w:rsidRPr="00136D2C" w:rsidRDefault="007762AD">
            <w:pPr>
              <w:jc w:val="center"/>
              <w:rPr>
                <w:color w:val="FFFFFF" w:themeColor="background1"/>
              </w:rPr>
            </w:pPr>
            <w:r w:rsidRPr="00136D2C">
              <w:rPr>
                <w:b/>
                <w:color w:val="FFFFFF" w:themeColor="background1"/>
                <w:szCs w:val="24"/>
              </w:rPr>
              <w:t>5</w:t>
            </w:r>
          </w:p>
        </w:tc>
      </w:tr>
      <w:tr w:rsidR="007762AD" w:rsidRPr="00463DE2" w14:paraId="7F802447" w14:textId="77777777" w:rsidTr="007762AD">
        <w:trPr>
          <w:cantSplit/>
        </w:trPr>
        <w:tc>
          <w:tcPr>
            <w:tcW w:w="458" w:type="dxa"/>
            <w:vMerge w:val="restar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vAlign w:val="center"/>
          </w:tcPr>
          <w:p w14:paraId="661E9AFA" w14:textId="77777777" w:rsidR="007762AD" w:rsidRPr="00463DE2" w:rsidRDefault="007762AD">
            <w:pPr>
              <w:spacing w:after="0"/>
              <w:jc w:val="center"/>
              <w:rPr>
                <w:color w:val="auto"/>
              </w:rPr>
            </w:pPr>
            <w:r w:rsidRPr="00463DE2">
              <w:rPr>
                <w:color w:val="auto"/>
              </w:rPr>
              <w:t>35</w:t>
            </w:r>
          </w:p>
        </w:tc>
        <w:tc>
          <w:tcPr>
            <w:tcW w:w="5747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3F2C64C1" w14:textId="77777777" w:rsidR="007762AD" w:rsidRPr="00463DE2" w:rsidRDefault="007762AD" w:rsidP="00DA6FDF">
            <w:pPr>
              <w:spacing w:line="240" w:lineRule="auto"/>
              <w:rPr>
                <w:color w:val="auto"/>
                <w:lang w:eastAsia="zh-TW"/>
              </w:rPr>
            </w:pPr>
            <w:proofErr w:type="gramStart"/>
            <w:r w:rsidRPr="00463DE2">
              <w:rPr>
                <w:color w:val="auto"/>
                <w:szCs w:val="24"/>
                <w:lang w:eastAsia="zh-TW"/>
              </w:rPr>
              <w:t>排除屆齡退休</w:t>
            </w:r>
            <w:proofErr w:type="gramEnd"/>
            <w:r w:rsidRPr="00463DE2">
              <w:rPr>
                <w:color w:val="auto"/>
                <w:szCs w:val="24"/>
                <w:lang w:eastAsia="zh-TW"/>
              </w:rPr>
              <w:t>因素，未來五年我願意留任原校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2522043A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2508DCD2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600C1D28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4BC78290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3FE8B1E4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</w:tr>
      <w:tr w:rsidR="007762AD" w:rsidRPr="00463DE2" w14:paraId="24E97B3C" w14:textId="77777777" w:rsidTr="007762AD">
        <w:trPr>
          <w:cantSplit/>
        </w:trPr>
        <w:tc>
          <w:tcPr>
            <w:tcW w:w="458" w:type="dxa"/>
            <w:vMerge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vAlign w:val="center"/>
          </w:tcPr>
          <w:p w14:paraId="71FCB6B8" w14:textId="77777777" w:rsidR="007762AD" w:rsidRPr="00463DE2" w:rsidRDefault="007762AD" w:rsidP="00DA6FDF">
            <w:pPr>
              <w:spacing w:line="240" w:lineRule="auto"/>
              <w:rPr>
                <w:color w:val="auto"/>
              </w:rPr>
            </w:pPr>
          </w:p>
        </w:tc>
        <w:tc>
          <w:tcPr>
            <w:tcW w:w="5747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06FAA5A9" w14:textId="77777777" w:rsidR="007762AD" w:rsidRPr="00463DE2" w:rsidRDefault="007762AD" w:rsidP="00DA6FDF">
            <w:pPr>
              <w:spacing w:line="240" w:lineRule="auto"/>
              <w:rPr>
                <w:color w:val="auto"/>
                <w:lang w:eastAsia="zh-TW"/>
              </w:rPr>
            </w:pPr>
            <w:proofErr w:type="gramStart"/>
            <w:r w:rsidRPr="00463DE2">
              <w:rPr>
                <w:color w:val="auto"/>
                <w:szCs w:val="24"/>
                <w:lang w:eastAsia="zh-TW"/>
              </w:rPr>
              <w:t>排除屆齡退休</w:t>
            </w:r>
            <w:proofErr w:type="gramEnd"/>
            <w:r w:rsidRPr="00463DE2">
              <w:rPr>
                <w:color w:val="auto"/>
                <w:szCs w:val="24"/>
                <w:lang w:eastAsia="zh-TW"/>
              </w:rPr>
              <w:t>因素，未來五年我願意續任教職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58B1FEC3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3F876BC9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493EDBE8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0B871D9D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5987CAB4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</w:tr>
      <w:tr w:rsidR="007762AD" w:rsidRPr="00463DE2" w14:paraId="6BD786A1" w14:textId="77777777" w:rsidTr="007762AD">
        <w:trPr>
          <w:cantSplit/>
        </w:trPr>
        <w:tc>
          <w:tcPr>
            <w:tcW w:w="458" w:type="dxa"/>
            <w:vMerge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vAlign w:val="center"/>
          </w:tcPr>
          <w:p w14:paraId="2C2978A0" w14:textId="77777777" w:rsidR="007762AD" w:rsidRPr="00463DE2" w:rsidRDefault="007762AD" w:rsidP="00DA6FDF">
            <w:pPr>
              <w:spacing w:line="240" w:lineRule="auto"/>
              <w:rPr>
                <w:color w:val="auto"/>
              </w:rPr>
            </w:pPr>
          </w:p>
        </w:tc>
        <w:tc>
          <w:tcPr>
            <w:tcW w:w="5747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4E056512" w14:textId="5A6A1878" w:rsidR="007762AD" w:rsidRPr="00463DE2" w:rsidRDefault="007762AD" w:rsidP="00DA6FDF">
            <w:pPr>
              <w:spacing w:line="240" w:lineRule="auto"/>
              <w:rPr>
                <w:color w:val="auto"/>
                <w:lang w:eastAsia="zh-TW"/>
              </w:rPr>
            </w:pPr>
            <w:proofErr w:type="gramStart"/>
            <w:r w:rsidRPr="00463DE2">
              <w:rPr>
                <w:color w:val="auto"/>
                <w:szCs w:val="24"/>
                <w:lang w:eastAsia="zh-TW"/>
              </w:rPr>
              <w:t>排除屆齡退休</w:t>
            </w:r>
            <w:proofErr w:type="gramEnd"/>
            <w:r w:rsidRPr="00463DE2">
              <w:rPr>
                <w:color w:val="auto"/>
                <w:szCs w:val="24"/>
                <w:lang w:eastAsia="zh-TW"/>
              </w:rPr>
              <w:t>因素，我正認真考慮在未來</w:t>
            </w:r>
            <w:r w:rsidRPr="00463DE2">
              <w:rPr>
                <w:rFonts w:hint="eastAsia"/>
                <w:color w:val="auto"/>
                <w:szCs w:val="24"/>
                <w:lang w:eastAsia="zh-TW"/>
              </w:rPr>
              <w:t>1年內</w:t>
            </w:r>
            <w:r w:rsidRPr="00463DE2">
              <w:rPr>
                <w:color w:val="auto"/>
                <w:szCs w:val="24"/>
                <w:lang w:eastAsia="zh-TW"/>
              </w:rPr>
              <w:t>離職或提前退休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4003404D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57C69EDE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79C97CC4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41C46E67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27CC415B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</w:tr>
      <w:tr w:rsidR="007762AD" w:rsidRPr="00463DE2" w14:paraId="14E36284" w14:textId="77777777" w:rsidTr="007762AD">
        <w:trPr>
          <w:cantSplit/>
        </w:trPr>
        <w:tc>
          <w:tcPr>
            <w:tcW w:w="458" w:type="dxa"/>
            <w:vMerge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vAlign w:val="center"/>
          </w:tcPr>
          <w:p w14:paraId="4654CD91" w14:textId="77777777" w:rsidR="007762AD" w:rsidRPr="00463DE2" w:rsidRDefault="007762AD" w:rsidP="00DA6FDF">
            <w:pPr>
              <w:spacing w:line="240" w:lineRule="auto"/>
              <w:rPr>
                <w:color w:val="auto"/>
              </w:rPr>
            </w:pPr>
          </w:p>
        </w:tc>
        <w:tc>
          <w:tcPr>
            <w:tcW w:w="5747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3E5F0FEA" w14:textId="77777777" w:rsidR="007762AD" w:rsidRPr="00463DE2" w:rsidRDefault="007762AD" w:rsidP="00DA6FDF">
            <w:pPr>
              <w:spacing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超鐘點授課的安排，降低我留任原校的意願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5FF24E7C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6DB9DA03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0DEDA5AC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70F95F45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29C8C537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</w:tr>
      <w:tr w:rsidR="007762AD" w:rsidRPr="00463DE2" w14:paraId="7DD94D34" w14:textId="77777777" w:rsidTr="007762AD">
        <w:trPr>
          <w:cantSplit/>
        </w:trPr>
        <w:tc>
          <w:tcPr>
            <w:tcW w:w="458" w:type="dxa"/>
            <w:vMerge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vAlign w:val="center"/>
          </w:tcPr>
          <w:p w14:paraId="724731C0" w14:textId="77777777" w:rsidR="007762AD" w:rsidRPr="00463DE2" w:rsidRDefault="007762AD" w:rsidP="00DA6FDF">
            <w:pPr>
              <w:spacing w:line="240" w:lineRule="auto"/>
              <w:rPr>
                <w:color w:val="auto"/>
              </w:rPr>
            </w:pPr>
          </w:p>
        </w:tc>
        <w:tc>
          <w:tcPr>
            <w:tcW w:w="5747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304C7DC0" w14:textId="77777777" w:rsidR="007762AD" w:rsidRPr="00463DE2" w:rsidRDefault="007762AD" w:rsidP="00DA6FDF">
            <w:pPr>
              <w:spacing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兼任行政職務，降低我留任原校的意願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0180F0EA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4AA70365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043A10FD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42AA69F0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1EAF0697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</w:tr>
      <w:tr w:rsidR="007762AD" w:rsidRPr="00463DE2" w14:paraId="4CDA977A" w14:textId="77777777" w:rsidTr="007762AD">
        <w:trPr>
          <w:cantSplit/>
        </w:trPr>
        <w:tc>
          <w:tcPr>
            <w:tcW w:w="458" w:type="dxa"/>
            <w:vMerge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vAlign w:val="center"/>
          </w:tcPr>
          <w:p w14:paraId="1473BE8D" w14:textId="77777777" w:rsidR="007762AD" w:rsidRPr="00463DE2" w:rsidRDefault="007762AD" w:rsidP="00DA6FDF">
            <w:pPr>
              <w:spacing w:line="240" w:lineRule="auto"/>
              <w:rPr>
                <w:color w:val="auto"/>
              </w:rPr>
            </w:pPr>
          </w:p>
        </w:tc>
        <w:tc>
          <w:tcPr>
            <w:tcW w:w="5747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3761E809" w14:textId="77777777" w:rsidR="007762AD" w:rsidRPr="00463DE2" w:rsidRDefault="007762AD" w:rsidP="00DA6FDF">
            <w:pPr>
              <w:spacing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兼任導師工作，降低我留任原校的意願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420F7FAE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67A20AF4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4E8B1D30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49EB9F84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6F536610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</w:tr>
      <w:tr w:rsidR="007762AD" w:rsidRPr="00463DE2" w14:paraId="33FCB8F1" w14:textId="77777777" w:rsidTr="007762AD">
        <w:trPr>
          <w:cantSplit/>
        </w:trPr>
        <w:tc>
          <w:tcPr>
            <w:tcW w:w="458" w:type="dxa"/>
            <w:vMerge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vAlign w:val="center"/>
          </w:tcPr>
          <w:p w14:paraId="78F1FEF4" w14:textId="77777777" w:rsidR="007762AD" w:rsidRPr="00463DE2" w:rsidRDefault="007762AD" w:rsidP="00F86889">
            <w:pPr>
              <w:spacing w:line="240" w:lineRule="auto"/>
              <w:rPr>
                <w:color w:val="auto"/>
              </w:rPr>
            </w:pPr>
          </w:p>
        </w:tc>
        <w:tc>
          <w:tcPr>
            <w:tcW w:w="5747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76CEDC76" w14:textId="1C8BA14E" w:rsidR="007762AD" w:rsidRPr="00463DE2" w:rsidRDefault="007762AD" w:rsidP="00F86889">
            <w:pPr>
              <w:spacing w:line="240" w:lineRule="auto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lang w:eastAsia="zh-TW"/>
              </w:rPr>
              <w:t>非上班時間仍須處理親師溝通，降低我</w:t>
            </w:r>
            <w:r w:rsidRPr="00463DE2">
              <w:rPr>
                <w:color w:val="auto"/>
                <w:szCs w:val="24"/>
                <w:lang w:eastAsia="zh-TW"/>
              </w:rPr>
              <w:t>續任教職</w:t>
            </w:r>
            <w:r w:rsidRPr="00463DE2">
              <w:rPr>
                <w:color w:val="auto"/>
                <w:lang w:eastAsia="zh-TW"/>
              </w:rPr>
              <w:t>的意願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78EC8496" w14:textId="77777777" w:rsidR="007762AD" w:rsidRPr="00463DE2" w:rsidRDefault="007762AD" w:rsidP="00F86889">
            <w:pPr>
              <w:spacing w:line="240" w:lineRule="auto"/>
              <w:jc w:val="center"/>
              <w:rPr>
                <w:color w:val="auto"/>
                <w:szCs w:val="24"/>
              </w:rPr>
            </w:pPr>
            <w:r w:rsidRPr="00463DE2">
              <w:rPr>
                <w:color w:val="auto"/>
              </w:rPr>
              <w:t>□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24A77A16" w14:textId="77777777" w:rsidR="007762AD" w:rsidRPr="00463DE2" w:rsidRDefault="007762AD" w:rsidP="00F86889">
            <w:pPr>
              <w:spacing w:line="240" w:lineRule="auto"/>
              <w:jc w:val="center"/>
              <w:rPr>
                <w:color w:val="auto"/>
                <w:szCs w:val="24"/>
              </w:rPr>
            </w:pPr>
            <w:r w:rsidRPr="00463DE2">
              <w:rPr>
                <w:color w:val="auto"/>
              </w:rPr>
              <w:t>□</w:t>
            </w:r>
          </w:p>
        </w:tc>
        <w:tc>
          <w:tcPr>
            <w:tcW w:w="80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480360C1" w14:textId="77777777" w:rsidR="007762AD" w:rsidRPr="00463DE2" w:rsidRDefault="007762AD" w:rsidP="00F86889">
            <w:pPr>
              <w:spacing w:line="240" w:lineRule="auto"/>
              <w:jc w:val="center"/>
              <w:rPr>
                <w:color w:val="auto"/>
                <w:szCs w:val="24"/>
              </w:rPr>
            </w:pPr>
            <w:r w:rsidRPr="00463DE2">
              <w:rPr>
                <w:color w:val="auto"/>
              </w:rPr>
              <w:t>□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44A39FE2" w14:textId="77777777" w:rsidR="007762AD" w:rsidRPr="00463DE2" w:rsidRDefault="007762AD" w:rsidP="00F86889">
            <w:pPr>
              <w:spacing w:line="240" w:lineRule="auto"/>
              <w:jc w:val="center"/>
              <w:rPr>
                <w:color w:val="auto"/>
                <w:szCs w:val="24"/>
              </w:rPr>
            </w:pPr>
            <w:r w:rsidRPr="00463DE2">
              <w:rPr>
                <w:color w:val="auto"/>
              </w:rPr>
              <w:t>□</w:t>
            </w:r>
          </w:p>
        </w:tc>
        <w:tc>
          <w:tcPr>
            <w:tcW w:w="80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54397DC9" w14:textId="77777777" w:rsidR="007762AD" w:rsidRPr="00463DE2" w:rsidRDefault="007762AD" w:rsidP="00F86889">
            <w:pPr>
              <w:spacing w:line="240" w:lineRule="auto"/>
              <w:jc w:val="center"/>
              <w:rPr>
                <w:color w:val="auto"/>
                <w:szCs w:val="24"/>
              </w:rPr>
            </w:pPr>
            <w:r w:rsidRPr="00463DE2">
              <w:rPr>
                <w:color w:val="auto"/>
              </w:rPr>
              <w:t>□</w:t>
            </w:r>
          </w:p>
        </w:tc>
      </w:tr>
      <w:tr w:rsidR="007762AD" w:rsidRPr="00463DE2" w14:paraId="30343CD5" w14:textId="77777777" w:rsidTr="007762AD">
        <w:trPr>
          <w:cantSplit/>
        </w:trPr>
        <w:tc>
          <w:tcPr>
            <w:tcW w:w="458" w:type="dxa"/>
            <w:vMerge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vAlign w:val="center"/>
          </w:tcPr>
          <w:p w14:paraId="014FD204" w14:textId="77777777" w:rsidR="007762AD" w:rsidRPr="00463DE2" w:rsidRDefault="007762AD" w:rsidP="00F86889">
            <w:pPr>
              <w:spacing w:line="240" w:lineRule="auto"/>
              <w:rPr>
                <w:color w:val="auto"/>
              </w:rPr>
            </w:pPr>
          </w:p>
        </w:tc>
        <w:tc>
          <w:tcPr>
            <w:tcW w:w="5747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6E389C79" w14:textId="351AC4FB" w:rsidR="007762AD" w:rsidRPr="00463DE2" w:rsidRDefault="007762AD" w:rsidP="00F86889">
            <w:pPr>
              <w:spacing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申訴案件的處理情形，降低我續任教職的意願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0CD7B091" w14:textId="77777777" w:rsidR="007762AD" w:rsidRPr="00463DE2" w:rsidRDefault="007762AD" w:rsidP="00F86889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499D6B30" w14:textId="77777777" w:rsidR="007762AD" w:rsidRPr="00463DE2" w:rsidRDefault="007762AD" w:rsidP="00F86889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3725F957" w14:textId="77777777" w:rsidR="007762AD" w:rsidRPr="00463DE2" w:rsidRDefault="007762AD" w:rsidP="00F86889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46DB3D78" w14:textId="77777777" w:rsidR="007762AD" w:rsidRPr="00463DE2" w:rsidRDefault="007762AD" w:rsidP="00F86889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63D20DA4" w14:textId="77777777" w:rsidR="007762AD" w:rsidRPr="00463DE2" w:rsidRDefault="007762AD" w:rsidP="00F86889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</w:tr>
      <w:tr w:rsidR="007762AD" w:rsidRPr="00463DE2" w14:paraId="29B021CE" w14:textId="77777777" w:rsidTr="007762AD">
        <w:trPr>
          <w:cantSplit/>
        </w:trPr>
        <w:tc>
          <w:tcPr>
            <w:tcW w:w="458" w:type="dxa"/>
            <w:vMerge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vAlign w:val="center"/>
          </w:tcPr>
          <w:p w14:paraId="5F0E84EE" w14:textId="77777777" w:rsidR="007762AD" w:rsidRPr="00463DE2" w:rsidRDefault="007762AD" w:rsidP="00F86889">
            <w:pPr>
              <w:spacing w:line="240" w:lineRule="auto"/>
              <w:rPr>
                <w:color w:val="auto"/>
              </w:rPr>
            </w:pPr>
          </w:p>
        </w:tc>
        <w:tc>
          <w:tcPr>
            <w:tcW w:w="5747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4B0E783A" w14:textId="268367DE" w:rsidR="007762AD" w:rsidRPr="00463DE2" w:rsidRDefault="007762AD" w:rsidP="00F86889">
            <w:pPr>
              <w:spacing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薪資、福利或工作保障未符期待，降低我續任教職的意願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052713C7" w14:textId="77777777" w:rsidR="007762AD" w:rsidRPr="00463DE2" w:rsidRDefault="007762AD" w:rsidP="00F86889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472E7071" w14:textId="77777777" w:rsidR="007762AD" w:rsidRPr="00463DE2" w:rsidRDefault="007762AD" w:rsidP="00F86889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5B9C6CE6" w14:textId="77777777" w:rsidR="007762AD" w:rsidRPr="00463DE2" w:rsidRDefault="007762AD" w:rsidP="00F86889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1B0AA932" w14:textId="77777777" w:rsidR="007762AD" w:rsidRPr="00463DE2" w:rsidRDefault="007762AD" w:rsidP="00F86889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03099D63" w14:textId="77777777" w:rsidR="007762AD" w:rsidRPr="00463DE2" w:rsidRDefault="007762AD" w:rsidP="00F86889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</w:tr>
    </w:tbl>
    <w:p w14:paraId="650D960E" w14:textId="77777777" w:rsidR="00BB63BC" w:rsidRPr="00463DE2" w:rsidRDefault="008C7F73">
      <w:pPr>
        <w:keepNext/>
        <w:spacing w:before="60" w:after="40" w:line="240" w:lineRule="auto"/>
        <w:rPr>
          <w:color w:val="auto"/>
        </w:rPr>
      </w:pPr>
      <w:proofErr w:type="spellStart"/>
      <w:r w:rsidRPr="00463DE2">
        <w:rPr>
          <w:b/>
          <w:color w:val="auto"/>
          <w:szCs w:val="24"/>
        </w:rPr>
        <w:t>改善需求</w:t>
      </w:r>
      <w:proofErr w:type="spellEnd"/>
    </w:p>
    <w:tbl>
      <w:tblPr>
        <w:tblW w:w="10065" w:type="dxa"/>
        <w:jc w:val="center"/>
        <w:tblLayout w:type="fixed"/>
        <w:tblLook w:val="04A0" w:firstRow="1" w:lastRow="0" w:firstColumn="1" w:lastColumn="0" w:noHBand="0" w:noVBand="1"/>
      </w:tblPr>
      <w:tblGrid>
        <w:gridCol w:w="459"/>
        <w:gridCol w:w="9606"/>
      </w:tblGrid>
      <w:tr w:rsidR="00BB63BC" w:rsidRPr="00463DE2" w14:paraId="3D445EE9" w14:textId="77777777" w:rsidTr="008E227B">
        <w:trPr>
          <w:cantSplit/>
          <w:trHeight w:val="2071"/>
          <w:jc w:val="center"/>
        </w:trPr>
        <w:tc>
          <w:tcPr>
            <w:tcW w:w="45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5427618" w14:textId="77777777" w:rsidR="00D7232F" w:rsidRPr="00463DE2" w:rsidRDefault="008C7F73">
            <w:pPr>
              <w:jc w:val="center"/>
              <w:rPr>
                <w:color w:val="auto"/>
                <w:lang w:eastAsia="zh-TW"/>
              </w:rPr>
            </w:pPr>
            <w:r w:rsidRPr="00463DE2">
              <w:rPr>
                <w:color w:val="auto"/>
              </w:rPr>
              <w:t>36</w:t>
            </w:r>
          </w:p>
        </w:tc>
        <w:tc>
          <w:tcPr>
            <w:tcW w:w="9606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71B95CD8" w14:textId="77777777" w:rsidR="00BB63BC" w:rsidRPr="00463DE2" w:rsidRDefault="008C7F73">
            <w:pPr>
              <w:spacing w:after="20" w:line="240" w:lineRule="auto"/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最希望優先改善的措施（至多選3項）</w:t>
            </w:r>
          </w:p>
          <w:p w14:paraId="6F2BBA69" w14:textId="77777777" w:rsidR="00DA6FDF" w:rsidRPr="00463DE2" w:rsidRDefault="008C7F73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 xml:space="preserve">□補足師資並調整授課節數  □提高增課自願性及透明度  □減少填報、會議及臨時交辦  </w:t>
            </w:r>
          </w:p>
          <w:p w14:paraId="7B9B365E" w14:textId="77777777" w:rsidR="00DA6FDF" w:rsidRPr="00463DE2" w:rsidRDefault="008C7F73" w:rsidP="00DA6FDF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 xml:space="preserve">□配置行政人力、權責及減授課  □調整導師工作並增加班級及親師支持  </w:t>
            </w:r>
          </w:p>
          <w:p w14:paraId="0C81A777" w14:textId="77777777" w:rsidR="00DA6FDF" w:rsidRPr="00463DE2" w:rsidRDefault="008C7F73" w:rsidP="00DA6FDF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lang w:eastAsia="zh-TW"/>
              </w:rPr>
              <w:t>□增加輔導、特教及行為支持  □強化親師溝通、合理聯繫時段及爭議調解</w:t>
            </w:r>
          </w:p>
          <w:p w14:paraId="650248AF" w14:textId="77777777" w:rsidR="00DA6FDF" w:rsidRPr="00463DE2" w:rsidRDefault="008C7F73" w:rsidP="00DA6FDF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 xml:space="preserve">□完善案件程序、時效及行政或法律協助  □改善領導溝通及工作分配  </w:t>
            </w:r>
          </w:p>
          <w:p w14:paraId="23AB5437" w14:textId="77777777" w:rsidR="00DA6FDF" w:rsidRPr="00463DE2" w:rsidRDefault="008C7F73" w:rsidP="00DA6FDF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 xml:space="preserve">□改善薪資、福利及工作保障  □增加專業自主及生涯發展  □提供身心健康支持  </w:t>
            </w:r>
          </w:p>
          <w:p w14:paraId="7ECA985F" w14:textId="77777777" w:rsidR="00BB63BC" w:rsidRPr="00463DE2" w:rsidRDefault="008C7F73" w:rsidP="00DA6FDF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□其他：________</w:t>
            </w:r>
          </w:p>
        </w:tc>
      </w:tr>
    </w:tbl>
    <w:p w14:paraId="02F9E7CA" w14:textId="77777777" w:rsidR="00832B2B" w:rsidRPr="00463DE2" w:rsidRDefault="00832B2B">
      <w:pPr>
        <w:rPr>
          <w:color w:val="auto"/>
          <w:sz w:val="2"/>
          <w:szCs w:val="2"/>
          <w:lang w:eastAsia="zh-TW"/>
        </w:rPr>
      </w:pPr>
    </w:p>
    <w:sectPr w:rsidR="00832B2B" w:rsidRPr="00463DE2" w:rsidSect="00034616">
      <w:footerReference w:type="default" r:id="rId10"/>
      <w:pgSz w:w="11906" w:h="16838"/>
      <w:pgMar w:top="1134" w:right="1134" w:bottom="1134" w:left="1134" w:header="312" w:footer="3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7C795E" w14:textId="77777777" w:rsidR="00E75472" w:rsidRDefault="00E75472">
      <w:pPr>
        <w:spacing w:after="0" w:line="240" w:lineRule="auto"/>
      </w:pPr>
      <w:r>
        <w:separator/>
      </w:r>
    </w:p>
  </w:endnote>
  <w:endnote w:type="continuationSeparator" w:id="0">
    <w:p w14:paraId="79527FF2" w14:textId="77777777" w:rsidR="00E75472" w:rsidRDefault="00E75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C06DE" w14:textId="77777777" w:rsidR="002416CE" w:rsidRPr="009A3FF8" w:rsidRDefault="008C7F73">
    <w:pPr>
      <w:pStyle w:val="a7"/>
      <w:jc w:val="center"/>
      <w:rPr>
        <w:sz w:val="18"/>
        <w:szCs w:val="18"/>
        <w:lang w:eastAsia="zh-TW"/>
      </w:rPr>
    </w:pPr>
    <w:r w:rsidRPr="009A3FF8">
      <w:rPr>
        <w:color w:val="666666"/>
        <w:szCs w:val="24"/>
        <w:lang w:eastAsia="zh-TW"/>
      </w:rPr>
      <w:t xml:space="preserve">第 </w:t>
    </w:r>
    <w:r w:rsidRPr="009A3FF8">
      <w:rPr>
        <w:color w:val="666666"/>
        <w:szCs w:val="24"/>
      </w:rPr>
      <w:fldChar w:fldCharType="begin"/>
    </w:r>
    <w:r w:rsidRPr="009A3FF8">
      <w:rPr>
        <w:color w:val="666666"/>
        <w:szCs w:val="24"/>
        <w:lang w:eastAsia="zh-TW"/>
      </w:rPr>
      <w:instrText>PAGE</w:instrText>
    </w:r>
    <w:r w:rsidRPr="009A3FF8">
      <w:rPr>
        <w:color w:val="666666"/>
        <w:szCs w:val="24"/>
      </w:rPr>
      <w:fldChar w:fldCharType="separate"/>
    </w:r>
    <w:r w:rsidR="000A2966" w:rsidRPr="009A3FF8">
      <w:rPr>
        <w:noProof/>
        <w:color w:val="666666"/>
        <w:szCs w:val="24"/>
        <w:lang w:eastAsia="zh-TW"/>
      </w:rPr>
      <w:t>1</w:t>
    </w:r>
    <w:r w:rsidRPr="009A3FF8">
      <w:rPr>
        <w:color w:val="666666"/>
        <w:szCs w:val="24"/>
      </w:rPr>
      <w:fldChar w:fldCharType="end"/>
    </w:r>
    <w:r w:rsidRPr="009A3FF8">
      <w:rPr>
        <w:color w:val="666666"/>
        <w:szCs w:val="24"/>
        <w:lang w:eastAsia="zh-TW"/>
      </w:rPr>
      <w:t xml:space="preserve"> 頁  共 </w:t>
    </w:r>
    <w:r w:rsidRPr="009A3FF8">
      <w:rPr>
        <w:color w:val="666666"/>
        <w:szCs w:val="24"/>
      </w:rPr>
      <w:fldChar w:fldCharType="begin"/>
    </w:r>
    <w:r w:rsidRPr="009A3FF8">
      <w:rPr>
        <w:color w:val="666666"/>
        <w:szCs w:val="24"/>
        <w:lang w:eastAsia="zh-TW"/>
      </w:rPr>
      <w:instrText>NUMPAGES</w:instrText>
    </w:r>
    <w:r w:rsidRPr="009A3FF8">
      <w:rPr>
        <w:color w:val="666666"/>
        <w:szCs w:val="24"/>
      </w:rPr>
      <w:fldChar w:fldCharType="separate"/>
    </w:r>
    <w:r w:rsidR="000A2966" w:rsidRPr="009A3FF8">
      <w:rPr>
        <w:noProof/>
        <w:color w:val="666666"/>
        <w:szCs w:val="24"/>
        <w:lang w:eastAsia="zh-TW"/>
      </w:rPr>
      <w:t>2</w:t>
    </w:r>
    <w:r w:rsidRPr="009A3FF8">
      <w:rPr>
        <w:color w:val="666666"/>
        <w:szCs w:val="24"/>
      </w:rPr>
      <w:fldChar w:fldCharType="end"/>
    </w:r>
    <w:r w:rsidRPr="009A3FF8">
      <w:rPr>
        <w:color w:val="666666"/>
        <w:szCs w:val="24"/>
        <w:lang w:eastAsia="zh-TW"/>
      </w:rPr>
      <w:t xml:space="preserve"> 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EDFECB" w14:textId="77777777" w:rsidR="00E75472" w:rsidRDefault="00E75472">
      <w:pPr>
        <w:spacing w:after="0" w:line="240" w:lineRule="auto"/>
      </w:pPr>
      <w:r>
        <w:separator/>
      </w:r>
    </w:p>
  </w:footnote>
  <w:footnote w:type="continuationSeparator" w:id="0">
    <w:p w14:paraId="4D04EB68" w14:textId="77777777" w:rsidR="00E75472" w:rsidRDefault="00E754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89377611">
    <w:abstractNumId w:val="8"/>
  </w:num>
  <w:num w:numId="2" w16cid:durableId="604577862">
    <w:abstractNumId w:val="6"/>
  </w:num>
  <w:num w:numId="3" w16cid:durableId="1890610148">
    <w:abstractNumId w:val="5"/>
  </w:num>
  <w:num w:numId="4" w16cid:durableId="1559583945">
    <w:abstractNumId w:val="4"/>
  </w:num>
  <w:num w:numId="5" w16cid:durableId="985205151">
    <w:abstractNumId w:val="7"/>
  </w:num>
  <w:num w:numId="6" w16cid:durableId="344787089">
    <w:abstractNumId w:val="3"/>
  </w:num>
  <w:num w:numId="7" w16cid:durableId="1173177825">
    <w:abstractNumId w:val="2"/>
  </w:num>
  <w:num w:numId="8" w16cid:durableId="2042246574">
    <w:abstractNumId w:val="1"/>
  </w:num>
  <w:num w:numId="9" w16cid:durableId="1733189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7FD6"/>
    <w:rsid w:val="00031313"/>
    <w:rsid w:val="00034616"/>
    <w:rsid w:val="0006063C"/>
    <w:rsid w:val="0007033A"/>
    <w:rsid w:val="000822DC"/>
    <w:rsid w:val="000A2966"/>
    <w:rsid w:val="000D325E"/>
    <w:rsid w:val="000D749A"/>
    <w:rsid w:val="000F575A"/>
    <w:rsid w:val="00103E53"/>
    <w:rsid w:val="00111E43"/>
    <w:rsid w:val="00136D2C"/>
    <w:rsid w:val="0015074B"/>
    <w:rsid w:val="00151057"/>
    <w:rsid w:val="0015642B"/>
    <w:rsid w:val="001674A0"/>
    <w:rsid w:val="00194B93"/>
    <w:rsid w:val="001B62E2"/>
    <w:rsid w:val="001C79EC"/>
    <w:rsid w:val="001E00C2"/>
    <w:rsid w:val="001E17C3"/>
    <w:rsid w:val="002416CE"/>
    <w:rsid w:val="00277D2B"/>
    <w:rsid w:val="00281546"/>
    <w:rsid w:val="00294C7C"/>
    <w:rsid w:val="0029542E"/>
    <w:rsid w:val="0029639D"/>
    <w:rsid w:val="00296FDF"/>
    <w:rsid w:val="002A0EA4"/>
    <w:rsid w:val="002C15EE"/>
    <w:rsid w:val="002D2D3A"/>
    <w:rsid w:val="00316F74"/>
    <w:rsid w:val="00324D09"/>
    <w:rsid w:val="00326F90"/>
    <w:rsid w:val="0034003A"/>
    <w:rsid w:val="003539C1"/>
    <w:rsid w:val="0038386F"/>
    <w:rsid w:val="00404DFF"/>
    <w:rsid w:val="00463DE2"/>
    <w:rsid w:val="0046410D"/>
    <w:rsid w:val="00470EB3"/>
    <w:rsid w:val="00473CED"/>
    <w:rsid w:val="00485DB9"/>
    <w:rsid w:val="00495395"/>
    <w:rsid w:val="004B14F4"/>
    <w:rsid w:val="004B4C01"/>
    <w:rsid w:val="004C4A73"/>
    <w:rsid w:val="004D2402"/>
    <w:rsid w:val="004E45FB"/>
    <w:rsid w:val="00520A20"/>
    <w:rsid w:val="00541446"/>
    <w:rsid w:val="00543841"/>
    <w:rsid w:val="00543A67"/>
    <w:rsid w:val="00554E99"/>
    <w:rsid w:val="0057324A"/>
    <w:rsid w:val="005C2C7C"/>
    <w:rsid w:val="005F45C2"/>
    <w:rsid w:val="005F6BEE"/>
    <w:rsid w:val="00600CB6"/>
    <w:rsid w:val="0060183D"/>
    <w:rsid w:val="00630A88"/>
    <w:rsid w:val="00655190"/>
    <w:rsid w:val="00680B68"/>
    <w:rsid w:val="006C1101"/>
    <w:rsid w:val="006D14E6"/>
    <w:rsid w:val="006D59F5"/>
    <w:rsid w:val="006F1F54"/>
    <w:rsid w:val="006F459E"/>
    <w:rsid w:val="007119E8"/>
    <w:rsid w:val="00711FDD"/>
    <w:rsid w:val="007347CA"/>
    <w:rsid w:val="00762A6A"/>
    <w:rsid w:val="007762AD"/>
    <w:rsid w:val="00781A08"/>
    <w:rsid w:val="007D4713"/>
    <w:rsid w:val="0082388B"/>
    <w:rsid w:val="00832B2B"/>
    <w:rsid w:val="00835BB4"/>
    <w:rsid w:val="00835CEB"/>
    <w:rsid w:val="00836F0D"/>
    <w:rsid w:val="00837181"/>
    <w:rsid w:val="00847759"/>
    <w:rsid w:val="00847ABE"/>
    <w:rsid w:val="00850A4D"/>
    <w:rsid w:val="00865A07"/>
    <w:rsid w:val="00866D07"/>
    <w:rsid w:val="00882D87"/>
    <w:rsid w:val="008C7F73"/>
    <w:rsid w:val="008D0E3B"/>
    <w:rsid w:val="008D5376"/>
    <w:rsid w:val="008D5DA4"/>
    <w:rsid w:val="008D61C4"/>
    <w:rsid w:val="008E227B"/>
    <w:rsid w:val="008E6F70"/>
    <w:rsid w:val="008F723A"/>
    <w:rsid w:val="00943456"/>
    <w:rsid w:val="009A3FF8"/>
    <w:rsid w:val="009B43D8"/>
    <w:rsid w:val="009C065E"/>
    <w:rsid w:val="009E78BA"/>
    <w:rsid w:val="009F6AAA"/>
    <w:rsid w:val="009F7AE3"/>
    <w:rsid w:val="00A0462E"/>
    <w:rsid w:val="00A16F3B"/>
    <w:rsid w:val="00A21389"/>
    <w:rsid w:val="00A47679"/>
    <w:rsid w:val="00A47FB6"/>
    <w:rsid w:val="00A861CF"/>
    <w:rsid w:val="00A97575"/>
    <w:rsid w:val="00AA1D8D"/>
    <w:rsid w:val="00AA5765"/>
    <w:rsid w:val="00AB3A33"/>
    <w:rsid w:val="00AB5AB3"/>
    <w:rsid w:val="00AC2582"/>
    <w:rsid w:val="00AE7519"/>
    <w:rsid w:val="00B13D79"/>
    <w:rsid w:val="00B1665D"/>
    <w:rsid w:val="00B24943"/>
    <w:rsid w:val="00B44DCD"/>
    <w:rsid w:val="00B47730"/>
    <w:rsid w:val="00BA4176"/>
    <w:rsid w:val="00BB63BC"/>
    <w:rsid w:val="00BC398A"/>
    <w:rsid w:val="00BE099B"/>
    <w:rsid w:val="00BF69D2"/>
    <w:rsid w:val="00C01370"/>
    <w:rsid w:val="00C02816"/>
    <w:rsid w:val="00C601E2"/>
    <w:rsid w:val="00C6275F"/>
    <w:rsid w:val="00C8270A"/>
    <w:rsid w:val="00C86527"/>
    <w:rsid w:val="00C91A1F"/>
    <w:rsid w:val="00CB0664"/>
    <w:rsid w:val="00CB4731"/>
    <w:rsid w:val="00CD1B55"/>
    <w:rsid w:val="00CD7FE6"/>
    <w:rsid w:val="00CE0F58"/>
    <w:rsid w:val="00CE2EB7"/>
    <w:rsid w:val="00CF61BE"/>
    <w:rsid w:val="00D33416"/>
    <w:rsid w:val="00D35C20"/>
    <w:rsid w:val="00D361F6"/>
    <w:rsid w:val="00D545E2"/>
    <w:rsid w:val="00D62634"/>
    <w:rsid w:val="00D7232F"/>
    <w:rsid w:val="00DA6FDF"/>
    <w:rsid w:val="00DC2F74"/>
    <w:rsid w:val="00DD11A0"/>
    <w:rsid w:val="00E64141"/>
    <w:rsid w:val="00E75472"/>
    <w:rsid w:val="00EB38EA"/>
    <w:rsid w:val="00EC5F74"/>
    <w:rsid w:val="00F32AD2"/>
    <w:rsid w:val="00F54736"/>
    <w:rsid w:val="00F75B8B"/>
    <w:rsid w:val="00F81A22"/>
    <w:rsid w:val="00F86889"/>
    <w:rsid w:val="00FA3B77"/>
    <w:rsid w:val="00FA4498"/>
    <w:rsid w:val="00FA5221"/>
    <w:rsid w:val="00FB36D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980B105"/>
  <w14:defaultImageDpi w14:val="300"/>
  <w15:docId w15:val="{4DC05FBC-FC58-48D9-8F3C-4AF0E9CFD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60" w:line="269" w:lineRule="auto"/>
    </w:pPr>
    <w:rPr>
      <w:rFonts w:ascii="標楷體" w:eastAsia="標楷體" w:hAnsi="標楷體" w:cs="標楷體"/>
      <w:color w:val="000000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  <w:rPr>
      <w:rFonts w:ascii="標楷體" w:eastAsia="標楷體" w:hAnsi="標楷體" w:cs="標楷體"/>
      <w:sz w:val="24"/>
    </w:rPr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  <w:rPr>
      <w:rFonts w:ascii="標楷體" w:eastAsia="標楷體" w:hAnsi="標楷體" w:cs="標楷體"/>
      <w:sz w:val="24"/>
    </w:rPr>
  </w:style>
  <w:style w:type="paragraph" w:styleId="a9">
    <w:name w:val="No Spacing"/>
    <w:uiPriority w:val="1"/>
    <w:qFormat/>
    <w:rsid w:val="00FC693F"/>
    <w:pPr>
      <w:spacing w:after="0" w:line="240" w:lineRule="auto"/>
    </w:pPr>
    <w:rPr>
      <w:rFonts w:ascii="標楷體" w:eastAsia="標楷體" w:hAnsi="標楷體" w:cs="標楷體"/>
      <w:sz w:val="24"/>
    </w:r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after="140" w:line="252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24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  <w:rPr>
      <w:rFonts w:ascii="標楷體" w:eastAsia="標楷體" w:hAnsi="標楷體" w:cs="標楷體"/>
      <w:sz w:val="24"/>
    </w:rPr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  <w:rPr>
      <w:rFonts w:ascii="標楷體" w:eastAsia="標楷體" w:hAnsi="標楷體" w:cs="標楷體"/>
      <w:sz w:val="24"/>
    </w:rPr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rFonts w:ascii="標楷體" w:eastAsia="標楷體" w:hAnsi="標楷體" w:cs="標楷體"/>
      <w:sz w:val="24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標楷體" w:eastAsia="標楷體" w:hAnsi="標楷體" w:cs="標楷體"/>
      <w:sz w:val="24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標楷體" w:eastAsia="標楷體" w:hAnsi="標楷體" w:cs="標楷體"/>
      <w:sz w:val="24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rFonts w:ascii="標楷體" w:eastAsia="標楷體" w:hAnsi="標楷體" w:cs="標楷體"/>
      <w:i/>
      <w:iCs/>
      <w:color w:val="000000" w:themeColor="text1"/>
      <w:sz w:val="24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4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8">
    <w:name w:val="Strong"/>
    <w:basedOn w:val="a2"/>
    <w:uiPriority w:val="22"/>
    <w:qFormat/>
    <w:rsid w:val="00FC693F"/>
    <w:rPr>
      <w:rFonts w:ascii="標楷體" w:eastAsia="標楷體" w:hAnsi="標楷體" w:cs="標楷體"/>
      <w:b/>
      <w:bCs/>
      <w:sz w:val="24"/>
    </w:rPr>
  </w:style>
  <w:style w:type="character" w:styleId="af9">
    <w:name w:val="Emphasis"/>
    <w:basedOn w:val="a2"/>
    <w:uiPriority w:val="20"/>
    <w:qFormat/>
    <w:rsid w:val="00FC693F"/>
    <w:rPr>
      <w:rFonts w:ascii="標楷體" w:eastAsia="標楷體" w:hAnsi="標楷體" w:cs="標楷體"/>
      <w:i/>
      <w:iCs/>
      <w:sz w:val="24"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rFonts w:ascii="標楷體" w:eastAsia="標楷體" w:hAnsi="標楷體" w:cs="標楷體"/>
      <w:b/>
      <w:bCs/>
      <w:i/>
      <w:iCs/>
      <w:color w:val="4F81BD" w:themeColor="accent1"/>
      <w:sz w:val="24"/>
    </w:rPr>
  </w:style>
  <w:style w:type="character" w:styleId="afc">
    <w:name w:val="Subtle Emphasis"/>
    <w:basedOn w:val="a2"/>
    <w:uiPriority w:val="19"/>
    <w:qFormat/>
    <w:rsid w:val="00FC693F"/>
    <w:rPr>
      <w:rFonts w:ascii="標楷體" w:eastAsia="標楷體" w:hAnsi="標楷體" w:cs="標楷體"/>
      <w:i/>
      <w:iCs/>
      <w:color w:val="808080" w:themeColor="text1" w:themeTint="7F"/>
      <w:sz w:val="24"/>
    </w:rPr>
  </w:style>
  <w:style w:type="character" w:styleId="afd">
    <w:name w:val="Intense Emphasis"/>
    <w:basedOn w:val="a2"/>
    <w:uiPriority w:val="21"/>
    <w:qFormat/>
    <w:rsid w:val="00FC693F"/>
    <w:rPr>
      <w:rFonts w:ascii="標楷體" w:eastAsia="標楷體" w:hAnsi="標楷體" w:cs="標楷體"/>
      <w:b/>
      <w:bCs/>
      <w:i/>
      <w:iCs/>
      <w:color w:val="4F81BD" w:themeColor="accent1"/>
      <w:sz w:val="24"/>
    </w:rPr>
  </w:style>
  <w:style w:type="character" w:styleId="afe">
    <w:name w:val="Subtle Reference"/>
    <w:basedOn w:val="a2"/>
    <w:uiPriority w:val="31"/>
    <w:qFormat/>
    <w:rsid w:val="00FC693F"/>
    <w:rPr>
      <w:rFonts w:ascii="標楷體" w:eastAsia="標楷體" w:hAnsi="標楷體" w:cs="標楷體"/>
      <w:smallCaps/>
      <w:color w:val="C0504D" w:themeColor="accent2"/>
      <w:sz w:val="24"/>
      <w:u w:val="single"/>
    </w:rPr>
  </w:style>
  <w:style w:type="character" w:styleId="aff">
    <w:name w:val="Intense Reference"/>
    <w:basedOn w:val="a2"/>
    <w:uiPriority w:val="32"/>
    <w:qFormat/>
    <w:rsid w:val="00FC693F"/>
    <w:rPr>
      <w:rFonts w:ascii="標楷體" w:eastAsia="標楷體" w:hAnsi="標楷體" w:cs="標楷體"/>
      <w:b/>
      <w:bCs/>
      <w:smallCaps/>
      <w:color w:val="C0504D" w:themeColor="accent2"/>
      <w:spacing w:val="5"/>
      <w:sz w:val="24"/>
      <w:u w:val="single"/>
    </w:rPr>
  </w:style>
  <w:style w:type="character" w:styleId="aff0">
    <w:name w:val="Book Title"/>
    <w:basedOn w:val="a2"/>
    <w:uiPriority w:val="33"/>
    <w:qFormat/>
    <w:rsid w:val="00FC693F"/>
    <w:rPr>
      <w:rFonts w:ascii="標楷體" w:eastAsia="標楷體" w:hAnsi="標楷體" w:cs="標楷體"/>
      <w:b/>
      <w:bCs/>
      <w:smallCaps/>
      <w:spacing w:val="5"/>
      <w:sz w:val="24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  <w:rPr>
      <w:rFonts w:ascii="標楷體" w:eastAsia="標楷體" w:hAnsi="標楷體" w:cs="標楷體"/>
    </w:rPr>
  </w:style>
  <w:style w:type="table" w:styleId="aff2">
    <w:name w:val="Table Grid"/>
    <w:basedOn w:val="a3"/>
    <w:uiPriority w:val="59"/>
    <w:rsid w:val="00FC693F"/>
    <w:pPr>
      <w:spacing w:after="0" w:line="240" w:lineRule="auto"/>
    </w:pPr>
    <w:rPr>
      <w:rFonts w:ascii="標楷體" w:eastAsia="標楷體" w:hAnsi="標楷體" w:cs="標楷體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rFonts w:ascii="標楷體" w:eastAsia="標楷體" w:hAnsi="標楷體" w:cs="標楷體"/>
      <w:color w:val="000000" w:themeColor="text1" w:themeShade="BF"/>
      <w:sz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rFonts w:ascii="標楷體" w:eastAsia="標楷體" w:hAnsi="標楷體" w:cs="標楷體"/>
      <w:color w:val="365F91" w:themeColor="accent1" w:themeShade="BF"/>
      <w:sz w:val="24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rFonts w:ascii="標楷體" w:eastAsia="標楷體" w:hAnsi="標楷體" w:cs="標楷體"/>
      <w:color w:val="943634" w:themeColor="accent2" w:themeShade="BF"/>
      <w:sz w:val="24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rFonts w:ascii="標楷體" w:eastAsia="標楷體" w:hAnsi="標楷體" w:cs="標楷體"/>
      <w:color w:val="76923C" w:themeColor="accent3" w:themeShade="BF"/>
      <w:sz w:val="24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rFonts w:ascii="標楷體" w:eastAsia="標楷體" w:hAnsi="標楷體" w:cs="標楷體"/>
      <w:color w:val="5F497A" w:themeColor="accent4" w:themeShade="BF"/>
      <w:sz w:val="24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rFonts w:ascii="標楷體" w:eastAsia="標楷體" w:hAnsi="標楷體" w:cs="標楷體"/>
      <w:color w:val="31849B" w:themeColor="accent5" w:themeShade="BF"/>
      <w:sz w:val="24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rFonts w:ascii="標楷體" w:eastAsia="標楷體" w:hAnsi="標楷體" w:cs="標楷體"/>
      <w:color w:val="E36C0A" w:themeColor="accent6" w:themeShade="BF"/>
      <w:sz w:val="24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rFonts w:ascii="標楷體" w:eastAsia="標楷體" w:hAnsi="標楷體" w:cs="標楷體"/>
      <w:color w:val="FFFFFF" w:themeColor="background1"/>
      <w:sz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rFonts w:ascii="標楷體" w:eastAsia="標楷體" w:hAnsi="標楷體" w:cs="標楷體"/>
      <w:color w:val="FFFFFF" w:themeColor="background1"/>
      <w:sz w:val="24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rFonts w:ascii="標楷體" w:eastAsia="標楷體" w:hAnsi="標楷體" w:cs="標楷體"/>
      <w:color w:val="FFFFFF" w:themeColor="background1"/>
      <w:sz w:val="24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rFonts w:ascii="標楷體" w:eastAsia="標楷體" w:hAnsi="標楷體" w:cs="標楷體"/>
      <w:color w:val="FFFFFF" w:themeColor="background1"/>
      <w:sz w:val="24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rFonts w:ascii="標楷體" w:eastAsia="標楷體" w:hAnsi="標楷體" w:cs="標楷體"/>
      <w:color w:val="FFFFFF" w:themeColor="background1"/>
      <w:sz w:val="24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rFonts w:ascii="標楷體" w:eastAsia="標楷體" w:hAnsi="標楷體" w:cs="標楷體"/>
      <w:color w:val="FFFFFF" w:themeColor="background1"/>
      <w:sz w:val="24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rFonts w:ascii="標楷體" w:eastAsia="標楷體" w:hAnsi="標楷體" w:cs="標楷體"/>
      <w:color w:val="FFFFFF" w:themeColor="background1"/>
      <w:sz w:val="24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a">
    <w:name w:val="Hyperlink"/>
    <w:basedOn w:val="a2"/>
    <w:uiPriority w:val="99"/>
    <w:unhideWhenUsed/>
    <w:rsid w:val="00A47679"/>
    <w:rPr>
      <w:color w:val="0000FF" w:themeColor="hyperlink"/>
      <w:u w:val="single"/>
    </w:rPr>
  </w:style>
  <w:style w:type="character" w:styleId="affb">
    <w:name w:val="Unresolved Mention"/>
    <w:basedOn w:val="a2"/>
    <w:uiPriority w:val="99"/>
    <w:semiHidden/>
    <w:unhideWhenUsed/>
    <w:rsid w:val="00A47679"/>
    <w:rPr>
      <w:color w:val="605E5C"/>
      <w:shd w:val="clear" w:color="auto" w:fill="E1DFDD"/>
    </w:rPr>
  </w:style>
  <w:style w:type="character" w:styleId="affc">
    <w:name w:val="FollowedHyperlink"/>
    <w:basedOn w:val="a2"/>
    <w:uiPriority w:val="99"/>
    <w:semiHidden/>
    <w:unhideWhenUsed/>
    <w:rsid w:val="001E17C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surveycake.com/s/w3gZ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697</Words>
  <Characters>3978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4666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高級中等以下學校現職教師工作狀況及留任意願問卷調查表</dc:title>
  <dc:subject>SurveyCake線上問卷紙本版</dc:subject>
  <dc:creator>審計部</dc:creator>
  <cp:keywords/>
  <dc:description>一般填答時間約五分鐘，條件追問依受訪者情形顯示</dc:description>
  <cp:lastModifiedBy>User</cp:lastModifiedBy>
  <cp:revision>2</cp:revision>
  <cp:lastPrinted>2026-10-19T06:25:00Z</cp:lastPrinted>
  <dcterms:created xsi:type="dcterms:W3CDTF">2026-11-03T10:21:00Z</dcterms:created>
  <dcterms:modified xsi:type="dcterms:W3CDTF">2026-11-03T10:21:00Z</dcterms:modified>
  <cp:category/>
</cp:coreProperties>
</file>